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7626" w:rsidRPr="007827E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7827EC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7827EC" w:rsidRPr="007827EC">
        <w:rPr>
          <w:rFonts w:asciiTheme="majorHAnsi" w:hAnsiTheme="majorHAnsi" w:cstheme="majorHAnsi"/>
          <w:sz w:val="18"/>
          <w:szCs w:val="18"/>
        </w:rPr>
        <w:t xml:space="preserve"> </w:t>
      </w:r>
      <w:r w:rsidRPr="007827EC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>]</w:t>
      </w:r>
    </w:p>
    <w:p w:rsidR="00007626" w:rsidRPr="007827E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7827EC">
        <w:rPr>
          <w:rFonts w:asciiTheme="majorHAnsi" w:hAnsiTheme="majorHAnsi" w:cstheme="majorHAnsi"/>
          <w:sz w:val="18"/>
          <w:szCs w:val="18"/>
        </w:rPr>
        <w:t>[Адрес / телефон / имейл]</w:t>
      </w:r>
    </w:p>
    <w:p w:rsidR="00007626" w:rsidRPr="007827EC" w:rsidRDefault="00007626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827EC" w:rsidRPr="007827EC" w:rsidRDefault="007827EC" w:rsidP="007827E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7827EC" w:rsidRPr="007827EC" w:rsidRDefault="007827EC" w:rsidP="007827E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007626" w:rsidRPr="007827EC" w:rsidRDefault="00000000" w:rsidP="007827E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7827EC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7827EC" w:rsidRPr="007827EC">
        <w:rPr>
          <w:rFonts w:asciiTheme="majorHAnsi" w:hAnsiTheme="majorHAnsi" w:cstheme="majorHAnsi"/>
          <w:sz w:val="18"/>
          <w:szCs w:val="18"/>
        </w:rPr>
        <w:t xml:space="preserve"> </w:t>
      </w:r>
      <w:r w:rsidRPr="007827EC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>]</w:t>
      </w:r>
    </w:p>
    <w:p w:rsidR="00007626" w:rsidRPr="007827EC" w:rsidRDefault="00000000" w:rsidP="007827EC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7827EC">
        <w:rPr>
          <w:rFonts w:asciiTheme="majorHAnsi" w:hAnsiTheme="majorHAnsi" w:cstheme="majorHAnsi"/>
          <w:sz w:val="18"/>
          <w:szCs w:val="18"/>
        </w:rPr>
        <w:t>[Адрес]</w:t>
      </w:r>
    </w:p>
    <w:p w:rsidR="00007626" w:rsidRDefault="00007626">
      <w:pPr>
        <w:spacing w:after="0" w:line="240" w:lineRule="auto"/>
      </w:pPr>
    </w:p>
    <w:p w:rsidR="007827EC" w:rsidRDefault="007827EC">
      <w:pPr>
        <w:spacing w:after="0" w:line="240" w:lineRule="auto"/>
        <w:jc w:val="center"/>
        <w:rPr>
          <w:sz w:val="24"/>
        </w:rPr>
      </w:pPr>
    </w:p>
    <w:p w:rsidR="007827EC" w:rsidRDefault="007827EC">
      <w:pPr>
        <w:spacing w:after="0" w:line="240" w:lineRule="auto"/>
        <w:jc w:val="center"/>
        <w:rPr>
          <w:sz w:val="24"/>
        </w:rPr>
      </w:pPr>
    </w:p>
    <w:p w:rsidR="007827EC" w:rsidRDefault="007827EC">
      <w:pPr>
        <w:spacing w:after="0" w:line="240" w:lineRule="auto"/>
        <w:jc w:val="center"/>
        <w:rPr>
          <w:sz w:val="24"/>
        </w:rPr>
      </w:pPr>
    </w:p>
    <w:p w:rsidR="007827EC" w:rsidRDefault="007827EC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007626" w:rsidRPr="007827EC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7827EC">
        <w:rPr>
          <w:b/>
          <w:bCs/>
          <w:sz w:val="28"/>
          <w:szCs w:val="28"/>
        </w:rPr>
        <w:t>Предизвестие</w:t>
      </w:r>
      <w:proofErr w:type="spellEnd"/>
      <w:r w:rsidRPr="007827EC">
        <w:rPr>
          <w:b/>
          <w:bCs/>
          <w:sz w:val="28"/>
          <w:szCs w:val="28"/>
        </w:rPr>
        <w:t xml:space="preserve"> </w:t>
      </w:r>
      <w:proofErr w:type="spellStart"/>
      <w:r w:rsidRPr="007827EC">
        <w:rPr>
          <w:b/>
          <w:bCs/>
          <w:sz w:val="28"/>
          <w:szCs w:val="28"/>
        </w:rPr>
        <w:t>за</w:t>
      </w:r>
      <w:proofErr w:type="spellEnd"/>
      <w:r w:rsidRPr="007827EC">
        <w:rPr>
          <w:b/>
          <w:bCs/>
          <w:sz w:val="28"/>
          <w:szCs w:val="28"/>
        </w:rPr>
        <w:t xml:space="preserve"> </w:t>
      </w:r>
      <w:proofErr w:type="spellStart"/>
      <w:r w:rsidRPr="007827EC">
        <w:rPr>
          <w:b/>
          <w:bCs/>
          <w:sz w:val="28"/>
          <w:szCs w:val="28"/>
        </w:rPr>
        <w:t>напускане</w:t>
      </w:r>
      <w:proofErr w:type="spellEnd"/>
    </w:p>
    <w:p w:rsidR="00007626" w:rsidRDefault="00007626">
      <w:pPr>
        <w:spacing w:after="0" w:line="240" w:lineRule="auto"/>
      </w:pPr>
    </w:p>
    <w:p w:rsidR="007827EC" w:rsidRDefault="007827EC">
      <w:pPr>
        <w:spacing w:after="0" w:line="240" w:lineRule="auto"/>
        <w:rPr>
          <w:sz w:val="24"/>
        </w:rPr>
      </w:pPr>
    </w:p>
    <w:p w:rsidR="007827EC" w:rsidRDefault="007827E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007626" w:rsidRPr="007827E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>]</w:t>
      </w:r>
    </w:p>
    <w:p w:rsidR="00007626" w:rsidRPr="007827EC" w:rsidRDefault="00007626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007626" w:rsidRPr="007827E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7827EC">
        <w:rPr>
          <w:rFonts w:asciiTheme="majorHAnsi" w:hAnsiTheme="majorHAnsi" w:cstheme="majorHAnsi"/>
          <w:sz w:val="18"/>
          <w:szCs w:val="18"/>
        </w:rPr>
        <w:t>Уважаеми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>/а [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>],</w:t>
      </w:r>
    </w:p>
    <w:p w:rsidR="007827EC" w:rsidRPr="007827EC" w:rsidRDefault="007827E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007626" w:rsidRPr="007827E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7827EC">
        <w:rPr>
          <w:rFonts w:asciiTheme="majorHAnsi" w:hAnsiTheme="majorHAnsi" w:cstheme="majorHAnsi"/>
          <w:sz w:val="18"/>
          <w:szCs w:val="18"/>
        </w:rPr>
        <w:t xml:space="preserve">С настоящото подавам предизвестие за прекратяване на Договора за наем, сключен на [дата], за 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имота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адрес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адрес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>].</w:t>
      </w:r>
    </w:p>
    <w:p w:rsidR="007827EC" w:rsidRPr="007827EC" w:rsidRDefault="007827E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007626" w:rsidRPr="007827E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7827EC">
        <w:rPr>
          <w:rFonts w:asciiTheme="majorHAnsi" w:hAnsiTheme="majorHAnsi" w:cstheme="majorHAnsi"/>
          <w:sz w:val="18"/>
          <w:szCs w:val="18"/>
        </w:rPr>
        <w:t>Ще освободя имота до [дата на освобождаване], като го предам в добър вид и след оглед.</w:t>
      </w:r>
    </w:p>
    <w:p w:rsidR="00007626" w:rsidRPr="007827EC" w:rsidRDefault="00007626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827EC" w:rsidRPr="007827EC" w:rsidRDefault="007827E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827EC" w:rsidRPr="007827EC" w:rsidRDefault="007827E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827EC" w:rsidRPr="007827EC" w:rsidRDefault="007827EC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007626" w:rsidRPr="007827E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7827EC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7827EC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7827EC">
        <w:rPr>
          <w:rFonts w:asciiTheme="majorHAnsi" w:hAnsiTheme="majorHAnsi" w:cstheme="majorHAnsi"/>
          <w:sz w:val="18"/>
          <w:szCs w:val="18"/>
        </w:rPr>
        <w:t>,</w:t>
      </w:r>
    </w:p>
    <w:p w:rsidR="00007626" w:rsidRPr="007827EC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7827EC">
        <w:rPr>
          <w:rFonts w:asciiTheme="majorHAnsi" w:hAnsiTheme="majorHAnsi" w:cstheme="majorHAnsi"/>
          <w:sz w:val="18"/>
          <w:szCs w:val="18"/>
        </w:rPr>
        <w:t>[Име и подпис на наемателя]</w:t>
      </w:r>
    </w:p>
    <w:sectPr w:rsidR="00007626" w:rsidRPr="007827E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3033319">
    <w:abstractNumId w:val="8"/>
  </w:num>
  <w:num w:numId="2" w16cid:durableId="1193612799">
    <w:abstractNumId w:val="6"/>
  </w:num>
  <w:num w:numId="3" w16cid:durableId="1204362662">
    <w:abstractNumId w:val="5"/>
  </w:num>
  <w:num w:numId="4" w16cid:durableId="646667906">
    <w:abstractNumId w:val="4"/>
  </w:num>
  <w:num w:numId="5" w16cid:durableId="1744258106">
    <w:abstractNumId w:val="7"/>
  </w:num>
  <w:num w:numId="6" w16cid:durableId="333920351">
    <w:abstractNumId w:val="3"/>
  </w:num>
  <w:num w:numId="7" w16cid:durableId="1412774897">
    <w:abstractNumId w:val="2"/>
  </w:num>
  <w:num w:numId="8" w16cid:durableId="694502556">
    <w:abstractNumId w:val="1"/>
  </w:num>
  <w:num w:numId="9" w16cid:durableId="35349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626"/>
    <w:rsid w:val="00034616"/>
    <w:rsid w:val="0006063C"/>
    <w:rsid w:val="0015074B"/>
    <w:rsid w:val="0029639D"/>
    <w:rsid w:val="00326F90"/>
    <w:rsid w:val="007827E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4AA08C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2025-06-20T08:50:00Z</dcterms:created>
  <dcterms:modified xsi:type="dcterms:W3CDTF">2025-06-20T08:50:00Z</dcterms:modified>
  <cp:category/>
</cp:coreProperties>
</file>