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99102A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99102A" w:rsidRPr="0099102A">
        <w:rPr>
          <w:rFonts w:asciiTheme="majorHAnsi" w:hAnsiTheme="majorHAnsi" w:cstheme="majorHAnsi"/>
          <w:sz w:val="18"/>
          <w:szCs w:val="18"/>
        </w:rPr>
        <w:t xml:space="preserve"> </w:t>
      </w:r>
      <w:r w:rsidRPr="0099102A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]</w:t>
      </w: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9102A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7E2EBB" w:rsidRPr="0099102A" w:rsidRDefault="007E2EB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 w:rsidP="0099102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 w:rsidP="0099102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7E2EBB" w:rsidRPr="0099102A" w:rsidRDefault="00000000" w:rsidP="0099102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99102A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99102A" w:rsidRPr="0099102A">
        <w:rPr>
          <w:rFonts w:asciiTheme="majorHAnsi" w:hAnsiTheme="majorHAnsi" w:cstheme="majorHAnsi"/>
          <w:sz w:val="18"/>
          <w:szCs w:val="18"/>
        </w:rPr>
        <w:t xml:space="preserve"> </w:t>
      </w:r>
      <w:r w:rsidRPr="0099102A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]</w:t>
      </w:r>
    </w:p>
    <w:p w:rsidR="007E2EBB" w:rsidRPr="0099102A" w:rsidRDefault="00000000" w:rsidP="0099102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99102A">
        <w:rPr>
          <w:rFonts w:asciiTheme="majorHAnsi" w:hAnsiTheme="majorHAnsi" w:cstheme="majorHAnsi"/>
          <w:sz w:val="18"/>
          <w:szCs w:val="18"/>
        </w:rPr>
        <w:t>[Адрес]</w:t>
      </w:r>
    </w:p>
    <w:p w:rsidR="007E2EBB" w:rsidRPr="0099102A" w:rsidRDefault="007E2EB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Default="0099102A">
      <w:pPr>
        <w:spacing w:after="0" w:line="240" w:lineRule="auto"/>
        <w:jc w:val="center"/>
        <w:rPr>
          <w:sz w:val="24"/>
        </w:rPr>
      </w:pPr>
    </w:p>
    <w:p w:rsidR="0099102A" w:rsidRDefault="0099102A">
      <w:pPr>
        <w:spacing w:after="0" w:line="240" w:lineRule="auto"/>
        <w:jc w:val="center"/>
        <w:rPr>
          <w:sz w:val="24"/>
        </w:rPr>
      </w:pPr>
    </w:p>
    <w:p w:rsidR="0099102A" w:rsidRDefault="0099102A">
      <w:pPr>
        <w:spacing w:after="0" w:line="240" w:lineRule="auto"/>
        <w:jc w:val="center"/>
        <w:rPr>
          <w:sz w:val="24"/>
        </w:rPr>
      </w:pPr>
    </w:p>
    <w:p w:rsidR="0099102A" w:rsidRDefault="0099102A">
      <w:pPr>
        <w:spacing w:after="0" w:line="240" w:lineRule="auto"/>
        <w:jc w:val="center"/>
        <w:rPr>
          <w:sz w:val="24"/>
        </w:rPr>
      </w:pPr>
    </w:p>
    <w:p w:rsidR="007E2EBB" w:rsidRPr="0099102A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99102A">
        <w:rPr>
          <w:b/>
          <w:bCs/>
          <w:sz w:val="28"/>
          <w:szCs w:val="28"/>
        </w:rPr>
        <w:t>Молба</w:t>
      </w:r>
      <w:proofErr w:type="spellEnd"/>
      <w:r w:rsidRPr="0099102A">
        <w:rPr>
          <w:b/>
          <w:bCs/>
          <w:sz w:val="28"/>
          <w:szCs w:val="28"/>
        </w:rPr>
        <w:t xml:space="preserve"> за </w:t>
      </w:r>
      <w:proofErr w:type="spellStart"/>
      <w:r w:rsidRPr="0099102A">
        <w:rPr>
          <w:b/>
          <w:bCs/>
          <w:sz w:val="28"/>
          <w:szCs w:val="28"/>
        </w:rPr>
        <w:t>връщане</w:t>
      </w:r>
      <w:proofErr w:type="spellEnd"/>
      <w:r w:rsidRPr="0099102A">
        <w:rPr>
          <w:b/>
          <w:bCs/>
          <w:sz w:val="28"/>
          <w:szCs w:val="28"/>
        </w:rPr>
        <w:t xml:space="preserve"> </w:t>
      </w:r>
      <w:proofErr w:type="spellStart"/>
      <w:r w:rsidRPr="0099102A">
        <w:rPr>
          <w:b/>
          <w:bCs/>
          <w:sz w:val="28"/>
          <w:szCs w:val="28"/>
        </w:rPr>
        <w:t>на</w:t>
      </w:r>
      <w:proofErr w:type="spellEnd"/>
      <w:r w:rsidRPr="0099102A">
        <w:rPr>
          <w:b/>
          <w:bCs/>
          <w:sz w:val="28"/>
          <w:szCs w:val="28"/>
        </w:rPr>
        <w:t xml:space="preserve"> </w:t>
      </w:r>
      <w:proofErr w:type="spellStart"/>
      <w:r w:rsidRPr="0099102A">
        <w:rPr>
          <w:b/>
          <w:bCs/>
          <w:sz w:val="28"/>
          <w:szCs w:val="28"/>
        </w:rPr>
        <w:t>депозита</w:t>
      </w:r>
      <w:proofErr w:type="spellEnd"/>
    </w:p>
    <w:p w:rsidR="007E2EBB" w:rsidRDefault="007E2EBB">
      <w:pPr>
        <w:spacing w:after="0" w:line="240" w:lineRule="auto"/>
      </w:pPr>
    </w:p>
    <w:p w:rsidR="0099102A" w:rsidRDefault="0099102A">
      <w:pPr>
        <w:spacing w:after="0" w:line="240" w:lineRule="auto"/>
        <w:rPr>
          <w:sz w:val="24"/>
        </w:rPr>
      </w:pPr>
    </w:p>
    <w:p w:rsidR="0099102A" w:rsidRDefault="0099102A">
      <w:pPr>
        <w:spacing w:after="0" w:line="240" w:lineRule="auto"/>
        <w:rPr>
          <w:sz w:val="24"/>
        </w:rPr>
      </w:pPr>
    </w:p>
    <w:p w:rsidR="0099102A" w:rsidRDefault="0099102A">
      <w:pPr>
        <w:spacing w:after="0" w:line="240" w:lineRule="auto"/>
        <w:rPr>
          <w:sz w:val="24"/>
        </w:rPr>
      </w:pP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]</w:t>
      </w:r>
    </w:p>
    <w:p w:rsidR="007E2EBB" w:rsidRPr="0099102A" w:rsidRDefault="007E2EB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99102A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],</w:t>
      </w: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9102A">
        <w:rPr>
          <w:rFonts w:asciiTheme="majorHAnsi" w:hAnsiTheme="majorHAnsi" w:cstheme="majorHAnsi"/>
          <w:sz w:val="18"/>
          <w:szCs w:val="18"/>
        </w:rPr>
        <w:t xml:space="preserve">След прекратяване на Договора за наем и предаването на имота на [дата], моля да ми бъде върната сумата от [сума] лв., платена като депозит при настаняване в имота, намиращ се на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имота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].</w:t>
      </w: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Благодаря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Ви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предварително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.</w:t>
      </w:r>
    </w:p>
    <w:p w:rsidR="007E2EBB" w:rsidRPr="0099102A" w:rsidRDefault="007E2EBB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9102A" w:rsidRPr="0099102A" w:rsidRDefault="0099102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9102A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99102A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99102A">
        <w:rPr>
          <w:rFonts w:asciiTheme="majorHAnsi" w:hAnsiTheme="majorHAnsi" w:cstheme="majorHAnsi"/>
          <w:sz w:val="18"/>
          <w:szCs w:val="18"/>
        </w:rPr>
        <w:t>,</w:t>
      </w:r>
    </w:p>
    <w:p w:rsidR="007E2EBB" w:rsidRPr="0099102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9102A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7E2EBB" w:rsidRPr="0099102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811320">
    <w:abstractNumId w:val="8"/>
  </w:num>
  <w:num w:numId="2" w16cid:durableId="1552570391">
    <w:abstractNumId w:val="6"/>
  </w:num>
  <w:num w:numId="3" w16cid:durableId="1167095427">
    <w:abstractNumId w:val="5"/>
  </w:num>
  <w:num w:numId="4" w16cid:durableId="1341275455">
    <w:abstractNumId w:val="4"/>
  </w:num>
  <w:num w:numId="5" w16cid:durableId="1847211805">
    <w:abstractNumId w:val="7"/>
  </w:num>
  <w:num w:numId="6" w16cid:durableId="357125220">
    <w:abstractNumId w:val="3"/>
  </w:num>
  <w:num w:numId="7" w16cid:durableId="499465382">
    <w:abstractNumId w:val="2"/>
  </w:num>
  <w:num w:numId="8" w16cid:durableId="2020548127">
    <w:abstractNumId w:val="1"/>
  </w:num>
  <w:num w:numId="9" w16cid:durableId="199848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E2EBB"/>
    <w:rsid w:val="009910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FAD78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2025-06-20T08:46:00Z</dcterms:created>
  <dcterms:modified xsi:type="dcterms:W3CDTF">2025-06-20T08:46:00Z</dcterms:modified>
  <cp:category/>
</cp:coreProperties>
</file>