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36086D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36086D" w:rsidRPr="0036086D">
        <w:rPr>
          <w:rFonts w:asciiTheme="majorHAnsi" w:hAnsiTheme="majorHAnsi" w:cstheme="majorHAnsi"/>
          <w:sz w:val="18"/>
          <w:szCs w:val="18"/>
        </w:rPr>
        <w:t xml:space="preserve"> </w:t>
      </w:r>
      <w:r w:rsidRPr="0036086D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]</w:t>
      </w: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AF774E" w:rsidRPr="0036086D" w:rsidRDefault="00AF774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 w:rsidP="0036086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 w:rsidP="0036086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 w:rsidP="0036086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AF774E" w:rsidRPr="0036086D" w:rsidRDefault="00000000" w:rsidP="0036086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36086D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36086D" w:rsidRPr="0036086D">
        <w:rPr>
          <w:rFonts w:asciiTheme="majorHAnsi" w:hAnsiTheme="majorHAnsi" w:cstheme="majorHAnsi"/>
          <w:sz w:val="18"/>
          <w:szCs w:val="18"/>
        </w:rPr>
        <w:t xml:space="preserve"> </w:t>
      </w:r>
      <w:r w:rsidRPr="0036086D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]</w:t>
      </w:r>
    </w:p>
    <w:p w:rsidR="00AF774E" w:rsidRPr="0036086D" w:rsidRDefault="00000000" w:rsidP="0036086D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>[Адрес]</w:t>
      </w:r>
    </w:p>
    <w:p w:rsidR="00AF774E" w:rsidRDefault="00AF774E">
      <w:pPr>
        <w:spacing w:after="0" w:line="240" w:lineRule="auto"/>
      </w:pPr>
    </w:p>
    <w:p w:rsidR="0036086D" w:rsidRDefault="0036086D">
      <w:pPr>
        <w:spacing w:after="0" w:line="240" w:lineRule="auto"/>
        <w:jc w:val="center"/>
        <w:rPr>
          <w:sz w:val="24"/>
        </w:rPr>
      </w:pPr>
    </w:p>
    <w:p w:rsidR="0036086D" w:rsidRDefault="0036086D">
      <w:pPr>
        <w:spacing w:after="0" w:line="240" w:lineRule="auto"/>
        <w:jc w:val="center"/>
        <w:rPr>
          <w:sz w:val="24"/>
        </w:rPr>
      </w:pPr>
    </w:p>
    <w:p w:rsidR="0036086D" w:rsidRDefault="0036086D">
      <w:pPr>
        <w:spacing w:after="0" w:line="240" w:lineRule="auto"/>
        <w:jc w:val="center"/>
        <w:rPr>
          <w:sz w:val="24"/>
        </w:rPr>
      </w:pPr>
    </w:p>
    <w:p w:rsidR="00AF774E" w:rsidRPr="0036086D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36086D">
        <w:rPr>
          <w:b/>
          <w:bCs/>
          <w:sz w:val="28"/>
          <w:szCs w:val="28"/>
        </w:rPr>
        <w:t>Молба</w:t>
      </w:r>
      <w:proofErr w:type="spellEnd"/>
      <w:r w:rsidRPr="0036086D">
        <w:rPr>
          <w:b/>
          <w:bCs/>
          <w:sz w:val="28"/>
          <w:szCs w:val="28"/>
        </w:rPr>
        <w:t xml:space="preserve"> за </w:t>
      </w:r>
      <w:proofErr w:type="spellStart"/>
      <w:r w:rsidRPr="0036086D">
        <w:rPr>
          <w:b/>
          <w:bCs/>
          <w:sz w:val="28"/>
          <w:szCs w:val="28"/>
        </w:rPr>
        <w:t>извършване</w:t>
      </w:r>
      <w:proofErr w:type="spellEnd"/>
      <w:r w:rsidRPr="0036086D">
        <w:rPr>
          <w:b/>
          <w:bCs/>
          <w:sz w:val="28"/>
          <w:szCs w:val="28"/>
        </w:rPr>
        <w:t xml:space="preserve"> </w:t>
      </w:r>
      <w:proofErr w:type="spellStart"/>
      <w:r w:rsidRPr="0036086D">
        <w:rPr>
          <w:b/>
          <w:bCs/>
          <w:sz w:val="28"/>
          <w:szCs w:val="28"/>
        </w:rPr>
        <w:t>на</w:t>
      </w:r>
      <w:proofErr w:type="spellEnd"/>
      <w:r w:rsidRPr="0036086D">
        <w:rPr>
          <w:b/>
          <w:bCs/>
          <w:sz w:val="28"/>
          <w:szCs w:val="28"/>
        </w:rPr>
        <w:t xml:space="preserve"> </w:t>
      </w:r>
      <w:proofErr w:type="spellStart"/>
      <w:r w:rsidRPr="0036086D">
        <w:rPr>
          <w:b/>
          <w:bCs/>
          <w:sz w:val="28"/>
          <w:szCs w:val="28"/>
        </w:rPr>
        <w:t>ремонт</w:t>
      </w:r>
      <w:proofErr w:type="spellEnd"/>
    </w:p>
    <w:p w:rsidR="00AF774E" w:rsidRDefault="00AF774E">
      <w:pPr>
        <w:spacing w:after="0" w:line="240" w:lineRule="auto"/>
      </w:pPr>
    </w:p>
    <w:p w:rsidR="0036086D" w:rsidRDefault="0036086D">
      <w:pPr>
        <w:spacing w:after="0" w:line="240" w:lineRule="auto"/>
        <w:rPr>
          <w:sz w:val="24"/>
        </w:rPr>
      </w:pPr>
    </w:p>
    <w:p w:rsidR="0036086D" w:rsidRDefault="0036086D">
      <w:pPr>
        <w:spacing w:after="0" w:line="240" w:lineRule="auto"/>
        <w:rPr>
          <w:sz w:val="24"/>
        </w:rPr>
      </w:pPr>
    </w:p>
    <w:p w:rsidR="0036086D" w:rsidRDefault="0036086D">
      <w:pPr>
        <w:spacing w:after="0" w:line="240" w:lineRule="auto"/>
        <w:rPr>
          <w:sz w:val="24"/>
        </w:rPr>
      </w:pP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]</w:t>
      </w:r>
    </w:p>
    <w:p w:rsidR="00AF774E" w:rsidRPr="0036086D" w:rsidRDefault="00AF774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36086D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],</w:t>
      </w:r>
    </w:p>
    <w:p w:rsidR="0036086D" w:rsidRPr="0036086D" w:rsidRDefault="0036086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 xml:space="preserve">Бих искал/а да Ви уведомя за възникнал проблем в имота на адрес: [адрес],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касаещ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описание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проблема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].</w:t>
      </w:r>
    </w:p>
    <w:p w:rsidR="0036086D" w:rsidRPr="0036086D" w:rsidRDefault="0036086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>Моля да бъде организиран необходимият ремонт в най-кратък срок.</w:t>
      </w: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>На разположение съм за достъп и съдействие.</w:t>
      </w:r>
    </w:p>
    <w:p w:rsidR="00AF774E" w:rsidRPr="0036086D" w:rsidRDefault="00AF774E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6086D" w:rsidRPr="0036086D" w:rsidRDefault="0036086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36086D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36086D">
        <w:rPr>
          <w:rFonts w:asciiTheme="majorHAnsi" w:hAnsiTheme="majorHAnsi" w:cstheme="majorHAnsi"/>
          <w:sz w:val="18"/>
          <w:szCs w:val="18"/>
        </w:rPr>
        <w:t>,</w:t>
      </w:r>
    </w:p>
    <w:p w:rsidR="00AF774E" w:rsidRPr="0036086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36086D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AF774E" w:rsidRPr="003608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414934">
    <w:abstractNumId w:val="8"/>
  </w:num>
  <w:num w:numId="2" w16cid:durableId="636298375">
    <w:abstractNumId w:val="6"/>
  </w:num>
  <w:num w:numId="3" w16cid:durableId="261186587">
    <w:abstractNumId w:val="5"/>
  </w:num>
  <w:num w:numId="4" w16cid:durableId="1361466149">
    <w:abstractNumId w:val="4"/>
  </w:num>
  <w:num w:numId="5" w16cid:durableId="1395930997">
    <w:abstractNumId w:val="7"/>
  </w:num>
  <w:num w:numId="6" w16cid:durableId="1642609549">
    <w:abstractNumId w:val="3"/>
  </w:num>
  <w:num w:numId="7" w16cid:durableId="734281187">
    <w:abstractNumId w:val="2"/>
  </w:num>
  <w:num w:numId="8" w16cid:durableId="160704448">
    <w:abstractNumId w:val="1"/>
  </w:num>
  <w:num w:numId="9" w16cid:durableId="109585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086D"/>
    <w:rsid w:val="00AA1D8D"/>
    <w:rsid w:val="00AF774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A4CF6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2025-06-20T08:48:00Z</dcterms:created>
  <dcterms:modified xsi:type="dcterms:W3CDTF">2025-06-20T08:48:00Z</dcterms:modified>
  <cp:category/>
</cp:coreProperties>
</file>