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F156F" w:rsidRPr="00715C99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proofErr w:type="gramStart"/>
      <w:r w:rsidRPr="00715C99">
        <w:rPr>
          <w:rFonts w:asciiTheme="majorHAnsi" w:hAnsiTheme="majorHAnsi" w:cstheme="majorHAnsi"/>
          <w:sz w:val="18"/>
          <w:szCs w:val="18"/>
        </w:rPr>
        <w:t>От</w:t>
      </w:r>
      <w:proofErr w:type="spellEnd"/>
      <w:r w:rsidRPr="00715C99">
        <w:rPr>
          <w:rFonts w:asciiTheme="majorHAnsi" w:hAnsiTheme="majorHAnsi" w:cstheme="majorHAnsi"/>
          <w:sz w:val="18"/>
          <w:szCs w:val="18"/>
        </w:rPr>
        <w:t xml:space="preserve"> :</w:t>
      </w:r>
      <w:proofErr w:type="gramEnd"/>
      <w:r w:rsidR="00715C99" w:rsidRPr="00715C99">
        <w:rPr>
          <w:rFonts w:asciiTheme="majorHAnsi" w:hAnsiTheme="majorHAnsi" w:cstheme="majorHAnsi"/>
          <w:sz w:val="18"/>
          <w:szCs w:val="18"/>
        </w:rPr>
        <w:t xml:space="preserve"> </w:t>
      </w:r>
      <w:r w:rsidRPr="00715C99">
        <w:rPr>
          <w:rFonts w:asciiTheme="majorHAnsi" w:hAnsiTheme="majorHAnsi" w:cstheme="majorHAnsi"/>
          <w:sz w:val="18"/>
          <w:szCs w:val="18"/>
        </w:rPr>
        <w:t>[</w:t>
      </w:r>
      <w:proofErr w:type="spellStart"/>
      <w:r w:rsidRPr="00715C99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715C99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715C99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715C99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715C99">
        <w:rPr>
          <w:rFonts w:asciiTheme="majorHAnsi" w:hAnsiTheme="majorHAnsi" w:cstheme="majorHAnsi"/>
          <w:sz w:val="18"/>
          <w:szCs w:val="18"/>
        </w:rPr>
        <w:t>наемателя</w:t>
      </w:r>
      <w:proofErr w:type="spellEnd"/>
      <w:r w:rsidRPr="00715C99">
        <w:rPr>
          <w:rFonts w:asciiTheme="majorHAnsi" w:hAnsiTheme="majorHAnsi" w:cstheme="majorHAnsi"/>
          <w:sz w:val="18"/>
          <w:szCs w:val="18"/>
        </w:rPr>
        <w:t>]</w:t>
      </w:r>
    </w:p>
    <w:p w:rsidR="00FF156F" w:rsidRPr="00715C99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715C99">
        <w:rPr>
          <w:rFonts w:asciiTheme="majorHAnsi" w:hAnsiTheme="majorHAnsi" w:cstheme="majorHAnsi"/>
          <w:sz w:val="18"/>
          <w:szCs w:val="18"/>
        </w:rPr>
        <w:t>[Адрес / телефон / имейл]</w:t>
      </w:r>
    </w:p>
    <w:p w:rsidR="00FF156F" w:rsidRPr="00715C99" w:rsidRDefault="00FF156F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715C99" w:rsidRPr="00715C99" w:rsidRDefault="00715C99" w:rsidP="00715C99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715C99" w:rsidRPr="00715C99" w:rsidRDefault="00715C99" w:rsidP="00715C99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715C99" w:rsidRPr="00715C99" w:rsidRDefault="00715C99" w:rsidP="00715C99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</w:p>
    <w:p w:rsidR="00FF156F" w:rsidRPr="00715C99" w:rsidRDefault="00000000" w:rsidP="00715C99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  <w:proofErr w:type="spellStart"/>
      <w:proofErr w:type="gramStart"/>
      <w:r w:rsidRPr="00715C99">
        <w:rPr>
          <w:rFonts w:asciiTheme="majorHAnsi" w:hAnsiTheme="majorHAnsi" w:cstheme="majorHAnsi"/>
          <w:sz w:val="18"/>
          <w:szCs w:val="18"/>
        </w:rPr>
        <w:t>До</w:t>
      </w:r>
      <w:proofErr w:type="spellEnd"/>
      <w:r w:rsidRPr="00715C99">
        <w:rPr>
          <w:rFonts w:asciiTheme="majorHAnsi" w:hAnsiTheme="majorHAnsi" w:cstheme="majorHAnsi"/>
          <w:sz w:val="18"/>
          <w:szCs w:val="18"/>
        </w:rPr>
        <w:t xml:space="preserve"> :</w:t>
      </w:r>
      <w:proofErr w:type="gramEnd"/>
      <w:r w:rsidR="00715C99" w:rsidRPr="00715C99">
        <w:rPr>
          <w:rFonts w:asciiTheme="majorHAnsi" w:hAnsiTheme="majorHAnsi" w:cstheme="majorHAnsi"/>
          <w:sz w:val="18"/>
          <w:szCs w:val="18"/>
        </w:rPr>
        <w:t xml:space="preserve"> </w:t>
      </w:r>
      <w:r w:rsidRPr="00715C99">
        <w:rPr>
          <w:rFonts w:asciiTheme="majorHAnsi" w:hAnsiTheme="majorHAnsi" w:cstheme="majorHAnsi"/>
          <w:sz w:val="18"/>
          <w:szCs w:val="18"/>
        </w:rPr>
        <w:t>[</w:t>
      </w:r>
      <w:proofErr w:type="spellStart"/>
      <w:r w:rsidRPr="00715C99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715C99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715C99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715C99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715C99">
        <w:rPr>
          <w:rFonts w:asciiTheme="majorHAnsi" w:hAnsiTheme="majorHAnsi" w:cstheme="majorHAnsi"/>
          <w:sz w:val="18"/>
          <w:szCs w:val="18"/>
        </w:rPr>
        <w:t>наемодателя</w:t>
      </w:r>
      <w:proofErr w:type="spellEnd"/>
      <w:r w:rsidRPr="00715C99">
        <w:rPr>
          <w:rFonts w:asciiTheme="majorHAnsi" w:hAnsiTheme="majorHAnsi" w:cstheme="majorHAnsi"/>
          <w:sz w:val="18"/>
          <w:szCs w:val="18"/>
        </w:rPr>
        <w:t>]</w:t>
      </w:r>
    </w:p>
    <w:p w:rsidR="00FF156F" w:rsidRPr="00715C99" w:rsidRDefault="00000000" w:rsidP="00715C99">
      <w:pPr>
        <w:spacing w:after="0" w:line="240" w:lineRule="auto"/>
        <w:jc w:val="right"/>
        <w:rPr>
          <w:rFonts w:asciiTheme="majorHAnsi" w:hAnsiTheme="majorHAnsi" w:cstheme="majorHAnsi"/>
          <w:sz w:val="18"/>
          <w:szCs w:val="18"/>
        </w:rPr>
      </w:pPr>
      <w:r w:rsidRPr="00715C99">
        <w:rPr>
          <w:rFonts w:asciiTheme="majorHAnsi" w:hAnsiTheme="majorHAnsi" w:cstheme="majorHAnsi"/>
          <w:sz w:val="18"/>
          <w:szCs w:val="18"/>
        </w:rPr>
        <w:t>[Адрес]</w:t>
      </w:r>
    </w:p>
    <w:p w:rsidR="00FF156F" w:rsidRDefault="00FF156F">
      <w:pPr>
        <w:spacing w:after="0" w:line="240" w:lineRule="auto"/>
      </w:pPr>
    </w:p>
    <w:p w:rsidR="00715C99" w:rsidRDefault="00715C99">
      <w:pPr>
        <w:spacing w:after="0" w:line="240" w:lineRule="auto"/>
        <w:jc w:val="center"/>
        <w:rPr>
          <w:sz w:val="24"/>
        </w:rPr>
      </w:pPr>
    </w:p>
    <w:p w:rsidR="00715C99" w:rsidRDefault="00715C99">
      <w:pPr>
        <w:spacing w:after="0" w:line="240" w:lineRule="auto"/>
        <w:jc w:val="center"/>
        <w:rPr>
          <w:sz w:val="24"/>
        </w:rPr>
      </w:pPr>
    </w:p>
    <w:p w:rsidR="00715C99" w:rsidRDefault="00715C99">
      <w:pPr>
        <w:spacing w:after="0" w:line="240" w:lineRule="auto"/>
        <w:jc w:val="center"/>
        <w:rPr>
          <w:sz w:val="24"/>
        </w:rPr>
      </w:pPr>
    </w:p>
    <w:p w:rsidR="00715C99" w:rsidRDefault="00715C99">
      <w:pPr>
        <w:spacing w:after="0" w:line="240" w:lineRule="auto"/>
        <w:jc w:val="center"/>
        <w:rPr>
          <w:sz w:val="24"/>
        </w:rPr>
      </w:pPr>
    </w:p>
    <w:p w:rsidR="00FF156F" w:rsidRPr="00715C99" w:rsidRDefault="00000000">
      <w:pPr>
        <w:spacing w:after="0" w:line="240" w:lineRule="auto"/>
        <w:jc w:val="center"/>
        <w:rPr>
          <w:b/>
          <w:bCs/>
          <w:sz w:val="28"/>
          <w:szCs w:val="28"/>
        </w:rPr>
      </w:pPr>
      <w:proofErr w:type="spellStart"/>
      <w:r w:rsidRPr="00715C99">
        <w:rPr>
          <w:b/>
          <w:bCs/>
          <w:sz w:val="28"/>
          <w:szCs w:val="28"/>
        </w:rPr>
        <w:t>Молба</w:t>
      </w:r>
      <w:proofErr w:type="spellEnd"/>
      <w:r w:rsidRPr="00715C99">
        <w:rPr>
          <w:b/>
          <w:bCs/>
          <w:sz w:val="28"/>
          <w:szCs w:val="28"/>
        </w:rPr>
        <w:t xml:space="preserve"> за </w:t>
      </w:r>
      <w:proofErr w:type="spellStart"/>
      <w:r w:rsidRPr="00715C99">
        <w:rPr>
          <w:b/>
          <w:bCs/>
          <w:sz w:val="28"/>
          <w:szCs w:val="28"/>
        </w:rPr>
        <w:t>съгласие</w:t>
      </w:r>
      <w:proofErr w:type="spellEnd"/>
      <w:r w:rsidRPr="00715C99">
        <w:rPr>
          <w:b/>
          <w:bCs/>
          <w:sz w:val="28"/>
          <w:szCs w:val="28"/>
        </w:rPr>
        <w:t xml:space="preserve"> </w:t>
      </w:r>
      <w:proofErr w:type="spellStart"/>
      <w:r w:rsidRPr="00715C99">
        <w:rPr>
          <w:b/>
          <w:bCs/>
          <w:sz w:val="28"/>
          <w:szCs w:val="28"/>
        </w:rPr>
        <w:t>за</w:t>
      </w:r>
      <w:proofErr w:type="spellEnd"/>
      <w:r w:rsidRPr="00715C99">
        <w:rPr>
          <w:b/>
          <w:bCs/>
          <w:sz w:val="28"/>
          <w:szCs w:val="28"/>
        </w:rPr>
        <w:t xml:space="preserve"> </w:t>
      </w:r>
      <w:proofErr w:type="spellStart"/>
      <w:r w:rsidRPr="00715C99">
        <w:rPr>
          <w:b/>
          <w:bCs/>
          <w:sz w:val="28"/>
          <w:szCs w:val="28"/>
        </w:rPr>
        <w:t>поднаем</w:t>
      </w:r>
      <w:proofErr w:type="spellEnd"/>
    </w:p>
    <w:p w:rsidR="00FF156F" w:rsidRDefault="00FF156F">
      <w:pPr>
        <w:spacing w:after="0" w:line="240" w:lineRule="auto"/>
      </w:pPr>
    </w:p>
    <w:p w:rsidR="00715C99" w:rsidRDefault="00715C99">
      <w:pPr>
        <w:spacing w:after="0" w:line="240" w:lineRule="auto"/>
        <w:rPr>
          <w:sz w:val="24"/>
        </w:rPr>
      </w:pPr>
    </w:p>
    <w:p w:rsidR="00715C99" w:rsidRDefault="00715C99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FF156F" w:rsidRPr="00715C99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r w:rsidRPr="00715C99">
        <w:rPr>
          <w:rFonts w:asciiTheme="majorHAnsi" w:hAnsiTheme="majorHAnsi" w:cstheme="majorHAnsi"/>
          <w:sz w:val="18"/>
          <w:szCs w:val="18"/>
        </w:rPr>
        <w:t>Дата</w:t>
      </w:r>
      <w:proofErr w:type="spellEnd"/>
      <w:r w:rsidRPr="00715C99">
        <w:rPr>
          <w:rFonts w:asciiTheme="majorHAnsi" w:hAnsiTheme="majorHAnsi" w:cstheme="majorHAnsi"/>
          <w:sz w:val="18"/>
          <w:szCs w:val="18"/>
        </w:rPr>
        <w:t>: [</w:t>
      </w:r>
      <w:proofErr w:type="spellStart"/>
      <w:r w:rsidRPr="00715C99">
        <w:rPr>
          <w:rFonts w:asciiTheme="majorHAnsi" w:hAnsiTheme="majorHAnsi" w:cstheme="majorHAnsi"/>
          <w:sz w:val="18"/>
          <w:szCs w:val="18"/>
        </w:rPr>
        <w:t>дата</w:t>
      </w:r>
      <w:proofErr w:type="spellEnd"/>
      <w:r w:rsidRPr="00715C99">
        <w:rPr>
          <w:rFonts w:asciiTheme="majorHAnsi" w:hAnsiTheme="majorHAnsi" w:cstheme="majorHAnsi"/>
          <w:sz w:val="18"/>
          <w:szCs w:val="18"/>
        </w:rPr>
        <w:t>]</w:t>
      </w:r>
    </w:p>
    <w:p w:rsidR="00FF156F" w:rsidRPr="00715C99" w:rsidRDefault="00FF156F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FF156F" w:rsidRPr="00715C99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proofErr w:type="spellStart"/>
      <w:r w:rsidRPr="00715C99">
        <w:rPr>
          <w:rFonts w:asciiTheme="majorHAnsi" w:hAnsiTheme="majorHAnsi" w:cstheme="majorHAnsi"/>
          <w:sz w:val="18"/>
          <w:szCs w:val="18"/>
        </w:rPr>
        <w:t>Уважаеми</w:t>
      </w:r>
      <w:proofErr w:type="spellEnd"/>
      <w:r w:rsidRPr="00715C99">
        <w:rPr>
          <w:rFonts w:asciiTheme="majorHAnsi" w:hAnsiTheme="majorHAnsi" w:cstheme="majorHAnsi"/>
          <w:sz w:val="18"/>
          <w:szCs w:val="18"/>
        </w:rPr>
        <w:t>/а [</w:t>
      </w:r>
      <w:proofErr w:type="spellStart"/>
      <w:r w:rsidRPr="00715C99">
        <w:rPr>
          <w:rFonts w:asciiTheme="majorHAnsi" w:hAnsiTheme="majorHAnsi" w:cstheme="majorHAnsi"/>
          <w:sz w:val="18"/>
          <w:szCs w:val="18"/>
        </w:rPr>
        <w:t>Име</w:t>
      </w:r>
      <w:proofErr w:type="spellEnd"/>
      <w:r w:rsidRPr="00715C99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715C99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715C99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715C99">
        <w:rPr>
          <w:rFonts w:asciiTheme="majorHAnsi" w:hAnsiTheme="majorHAnsi" w:cstheme="majorHAnsi"/>
          <w:sz w:val="18"/>
          <w:szCs w:val="18"/>
        </w:rPr>
        <w:t>наемодателя</w:t>
      </w:r>
      <w:proofErr w:type="spellEnd"/>
      <w:r w:rsidRPr="00715C99">
        <w:rPr>
          <w:rFonts w:asciiTheme="majorHAnsi" w:hAnsiTheme="majorHAnsi" w:cstheme="majorHAnsi"/>
          <w:sz w:val="18"/>
          <w:szCs w:val="18"/>
        </w:rPr>
        <w:t>],</w:t>
      </w:r>
    </w:p>
    <w:p w:rsidR="00715C99" w:rsidRPr="00715C99" w:rsidRDefault="00715C99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FF156F" w:rsidRPr="00715C99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715C99">
        <w:rPr>
          <w:rFonts w:asciiTheme="majorHAnsi" w:hAnsiTheme="majorHAnsi" w:cstheme="majorHAnsi"/>
          <w:sz w:val="18"/>
          <w:szCs w:val="18"/>
        </w:rPr>
        <w:t xml:space="preserve">Моля за Вашето писмено съгласие да предоставя имота на адрес: [адрес] за поднаем, в съответствие с условията </w:t>
      </w:r>
      <w:proofErr w:type="spellStart"/>
      <w:r w:rsidRPr="00715C99">
        <w:rPr>
          <w:rFonts w:asciiTheme="majorHAnsi" w:hAnsiTheme="majorHAnsi" w:cstheme="majorHAnsi"/>
          <w:sz w:val="18"/>
          <w:szCs w:val="18"/>
        </w:rPr>
        <w:t>на</w:t>
      </w:r>
      <w:proofErr w:type="spellEnd"/>
      <w:r w:rsidRPr="00715C99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715C99">
        <w:rPr>
          <w:rFonts w:asciiTheme="majorHAnsi" w:hAnsiTheme="majorHAnsi" w:cstheme="majorHAnsi"/>
          <w:sz w:val="18"/>
          <w:szCs w:val="18"/>
        </w:rPr>
        <w:t>Договора</w:t>
      </w:r>
      <w:proofErr w:type="spellEnd"/>
      <w:r w:rsidRPr="00715C99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715C99">
        <w:rPr>
          <w:rFonts w:asciiTheme="majorHAnsi" w:hAnsiTheme="majorHAnsi" w:cstheme="majorHAnsi"/>
          <w:sz w:val="18"/>
          <w:szCs w:val="18"/>
        </w:rPr>
        <w:t>за</w:t>
      </w:r>
      <w:proofErr w:type="spellEnd"/>
      <w:r w:rsidRPr="00715C99">
        <w:rPr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715C99">
        <w:rPr>
          <w:rFonts w:asciiTheme="majorHAnsi" w:hAnsiTheme="majorHAnsi" w:cstheme="majorHAnsi"/>
          <w:sz w:val="18"/>
          <w:szCs w:val="18"/>
        </w:rPr>
        <w:t>наем</w:t>
      </w:r>
      <w:proofErr w:type="spellEnd"/>
      <w:r w:rsidRPr="00715C99">
        <w:rPr>
          <w:rFonts w:asciiTheme="majorHAnsi" w:hAnsiTheme="majorHAnsi" w:cstheme="majorHAnsi"/>
          <w:sz w:val="18"/>
          <w:szCs w:val="18"/>
        </w:rPr>
        <w:t>.</w:t>
      </w:r>
    </w:p>
    <w:p w:rsidR="00715C99" w:rsidRPr="00715C99" w:rsidRDefault="00715C99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FF156F" w:rsidRPr="00715C99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715C99">
        <w:rPr>
          <w:rFonts w:asciiTheme="majorHAnsi" w:hAnsiTheme="majorHAnsi" w:cstheme="majorHAnsi"/>
          <w:sz w:val="18"/>
          <w:szCs w:val="18"/>
        </w:rPr>
        <w:t>Поднаемателят ще отговаря на всички условия по договора. При нужда мога да предоставя допълнителна информация.</w:t>
      </w:r>
    </w:p>
    <w:p w:rsidR="00FF156F" w:rsidRPr="00715C99" w:rsidRDefault="00FF156F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715C99" w:rsidRPr="00715C99" w:rsidRDefault="00715C99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715C99" w:rsidRPr="00715C99" w:rsidRDefault="00715C99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715C99" w:rsidRPr="00715C99" w:rsidRDefault="00715C99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</w:p>
    <w:p w:rsidR="00FF156F" w:rsidRPr="00715C99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715C99">
        <w:rPr>
          <w:rFonts w:asciiTheme="majorHAnsi" w:hAnsiTheme="majorHAnsi" w:cstheme="majorHAnsi"/>
          <w:sz w:val="18"/>
          <w:szCs w:val="18"/>
        </w:rPr>
        <w:t xml:space="preserve">С </w:t>
      </w:r>
      <w:proofErr w:type="spellStart"/>
      <w:r w:rsidRPr="00715C99">
        <w:rPr>
          <w:rFonts w:asciiTheme="majorHAnsi" w:hAnsiTheme="majorHAnsi" w:cstheme="majorHAnsi"/>
          <w:sz w:val="18"/>
          <w:szCs w:val="18"/>
        </w:rPr>
        <w:t>уважение</w:t>
      </w:r>
      <w:proofErr w:type="spellEnd"/>
      <w:r w:rsidRPr="00715C99">
        <w:rPr>
          <w:rFonts w:asciiTheme="majorHAnsi" w:hAnsiTheme="majorHAnsi" w:cstheme="majorHAnsi"/>
          <w:sz w:val="18"/>
          <w:szCs w:val="18"/>
        </w:rPr>
        <w:t>,</w:t>
      </w:r>
    </w:p>
    <w:p w:rsidR="00FF156F" w:rsidRPr="00715C99" w:rsidRDefault="00000000">
      <w:pPr>
        <w:spacing w:after="0" w:line="240" w:lineRule="auto"/>
        <w:rPr>
          <w:rFonts w:asciiTheme="majorHAnsi" w:hAnsiTheme="majorHAnsi" w:cstheme="majorHAnsi"/>
          <w:sz w:val="18"/>
          <w:szCs w:val="18"/>
        </w:rPr>
      </w:pPr>
      <w:r w:rsidRPr="00715C99">
        <w:rPr>
          <w:rFonts w:asciiTheme="majorHAnsi" w:hAnsiTheme="majorHAnsi" w:cstheme="majorHAnsi"/>
          <w:sz w:val="18"/>
          <w:szCs w:val="18"/>
        </w:rPr>
        <w:t>[Име и подпис на наемателя]</w:t>
      </w:r>
    </w:p>
    <w:sectPr w:rsidR="00FF156F" w:rsidRPr="00715C9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725335">
    <w:abstractNumId w:val="8"/>
  </w:num>
  <w:num w:numId="2" w16cid:durableId="1102140416">
    <w:abstractNumId w:val="6"/>
  </w:num>
  <w:num w:numId="3" w16cid:durableId="1845977749">
    <w:abstractNumId w:val="5"/>
  </w:num>
  <w:num w:numId="4" w16cid:durableId="1529904609">
    <w:abstractNumId w:val="4"/>
  </w:num>
  <w:num w:numId="5" w16cid:durableId="1708332842">
    <w:abstractNumId w:val="7"/>
  </w:num>
  <w:num w:numId="6" w16cid:durableId="1434544804">
    <w:abstractNumId w:val="3"/>
  </w:num>
  <w:num w:numId="7" w16cid:durableId="1761565722">
    <w:abstractNumId w:val="2"/>
  </w:num>
  <w:num w:numId="8" w16cid:durableId="1834178260">
    <w:abstractNumId w:val="1"/>
  </w:num>
  <w:num w:numId="9" w16cid:durableId="2063018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15C99"/>
    <w:rsid w:val="00AA1D8D"/>
    <w:rsid w:val="00B47730"/>
    <w:rsid w:val="00CB0664"/>
    <w:rsid w:val="00FC693F"/>
    <w:rsid w:val="00FF1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040D71"/>
  <w14:defaultImageDpi w14:val="300"/>
  <w15:docId w15:val="{40A89D11-0055-224D-8A83-EA7034A89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2025-06-20T08:53:00Z</dcterms:created>
  <dcterms:modified xsi:type="dcterms:W3CDTF">2025-06-20T08:53:00Z</dcterms:modified>
  <cp:category/>
</cp:coreProperties>
</file>