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C76BD" w:rsidRPr="0019000A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19000A">
        <w:rPr>
          <w:rFonts w:asciiTheme="majorHAnsi" w:hAnsiTheme="majorHAnsi" w:cstheme="majorHAnsi"/>
          <w:sz w:val="18"/>
          <w:szCs w:val="18"/>
        </w:rPr>
        <w:t>От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19000A" w:rsidRPr="0019000A">
        <w:rPr>
          <w:rFonts w:asciiTheme="majorHAnsi" w:hAnsiTheme="majorHAnsi" w:cstheme="majorHAnsi"/>
          <w:sz w:val="18"/>
          <w:szCs w:val="18"/>
        </w:rPr>
        <w:t xml:space="preserve"> </w:t>
      </w:r>
      <w:r w:rsidRPr="0019000A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19000A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19000A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19000A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>]</w:t>
      </w:r>
    </w:p>
    <w:p w:rsidR="006C76BD" w:rsidRPr="0019000A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19000A">
        <w:rPr>
          <w:rFonts w:asciiTheme="majorHAnsi" w:hAnsiTheme="majorHAnsi" w:cstheme="majorHAnsi"/>
          <w:sz w:val="18"/>
          <w:szCs w:val="18"/>
        </w:rPr>
        <w:t>[Адрес / телефон / имейл]</w:t>
      </w:r>
    </w:p>
    <w:p w:rsidR="006C76BD" w:rsidRPr="0019000A" w:rsidRDefault="006C76B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9000A" w:rsidRPr="0019000A" w:rsidRDefault="0019000A" w:rsidP="0019000A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19000A" w:rsidRPr="0019000A" w:rsidRDefault="0019000A" w:rsidP="0019000A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19000A" w:rsidRPr="0019000A" w:rsidRDefault="0019000A" w:rsidP="0019000A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6C76BD" w:rsidRPr="0019000A" w:rsidRDefault="00000000" w:rsidP="0019000A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19000A">
        <w:rPr>
          <w:rFonts w:asciiTheme="majorHAnsi" w:hAnsiTheme="majorHAnsi" w:cstheme="majorHAnsi"/>
          <w:sz w:val="18"/>
          <w:szCs w:val="18"/>
        </w:rPr>
        <w:t>До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19000A" w:rsidRPr="0019000A">
        <w:rPr>
          <w:rFonts w:asciiTheme="majorHAnsi" w:hAnsiTheme="majorHAnsi" w:cstheme="majorHAnsi"/>
          <w:sz w:val="18"/>
          <w:szCs w:val="18"/>
        </w:rPr>
        <w:t xml:space="preserve"> </w:t>
      </w:r>
      <w:r w:rsidRPr="0019000A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19000A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19000A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19000A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>]</w:t>
      </w:r>
    </w:p>
    <w:p w:rsidR="006C76BD" w:rsidRPr="0019000A" w:rsidRDefault="00000000" w:rsidP="0019000A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19000A">
        <w:rPr>
          <w:rFonts w:asciiTheme="majorHAnsi" w:hAnsiTheme="majorHAnsi" w:cstheme="majorHAnsi"/>
          <w:sz w:val="18"/>
          <w:szCs w:val="18"/>
        </w:rPr>
        <w:t>[Адрес]</w:t>
      </w:r>
    </w:p>
    <w:p w:rsidR="006C76BD" w:rsidRDefault="006C76BD">
      <w:pPr>
        <w:spacing w:after="0" w:line="240" w:lineRule="auto"/>
      </w:pPr>
    </w:p>
    <w:p w:rsidR="0019000A" w:rsidRDefault="0019000A">
      <w:pPr>
        <w:spacing w:after="0" w:line="240" w:lineRule="auto"/>
        <w:jc w:val="center"/>
        <w:rPr>
          <w:sz w:val="24"/>
        </w:rPr>
      </w:pPr>
    </w:p>
    <w:p w:rsidR="0019000A" w:rsidRDefault="0019000A">
      <w:pPr>
        <w:spacing w:after="0" w:line="240" w:lineRule="auto"/>
        <w:jc w:val="center"/>
        <w:rPr>
          <w:sz w:val="24"/>
        </w:rPr>
      </w:pPr>
    </w:p>
    <w:p w:rsidR="0019000A" w:rsidRDefault="0019000A">
      <w:pPr>
        <w:spacing w:after="0" w:line="240" w:lineRule="auto"/>
        <w:jc w:val="center"/>
        <w:rPr>
          <w:sz w:val="24"/>
        </w:rPr>
      </w:pPr>
    </w:p>
    <w:p w:rsidR="006C76BD" w:rsidRPr="0019000A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spellStart"/>
      <w:r w:rsidRPr="0019000A">
        <w:rPr>
          <w:b/>
          <w:bCs/>
          <w:sz w:val="28"/>
          <w:szCs w:val="28"/>
        </w:rPr>
        <w:t>Молба</w:t>
      </w:r>
      <w:proofErr w:type="spellEnd"/>
      <w:r w:rsidRPr="0019000A">
        <w:rPr>
          <w:b/>
          <w:bCs/>
          <w:sz w:val="28"/>
          <w:szCs w:val="28"/>
        </w:rPr>
        <w:t xml:space="preserve"> </w:t>
      </w:r>
      <w:proofErr w:type="spellStart"/>
      <w:r w:rsidRPr="0019000A">
        <w:rPr>
          <w:b/>
          <w:bCs/>
          <w:sz w:val="28"/>
          <w:szCs w:val="28"/>
        </w:rPr>
        <w:t>за</w:t>
      </w:r>
      <w:proofErr w:type="spellEnd"/>
      <w:r w:rsidRPr="0019000A">
        <w:rPr>
          <w:b/>
          <w:bCs/>
          <w:sz w:val="28"/>
          <w:szCs w:val="28"/>
        </w:rPr>
        <w:t xml:space="preserve"> </w:t>
      </w:r>
      <w:proofErr w:type="spellStart"/>
      <w:r w:rsidRPr="0019000A">
        <w:rPr>
          <w:b/>
          <w:bCs/>
          <w:sz w:val="28"/>
          <w:szCs w:val="28"/>
        </w:rPr>
        <w:t>експертна</w:t>
      </w:r>
      <w:proofErr w:type="spellEnd"/>
      <w:r w:rsidRPr="0019000A">
        <w:rPr>
          <w:b/>
          <w:bCs/>
          <w:sz w:val="28"/>
          <w:szCs w:val="28"/>
        </w:rPr>
        <w:t xml:space="preserve"> </w:t>
      </w:r>
      <w:proofErr w:type="spellStart"/>
      <w:r w:rsidRPr="0019000A">
        <w:rPr>
          <w:b/>
          <w:bCs/>
          <w:sz w:val="28"/>
          <w:szCs w:val="28"/>
        </w:rPr>
        <w:t>оценка</w:t>
      </w:r>
      <w:proofErr w:type="spellEnd"/>
    </w:p>
    <w:p w:rsidR="006C76BD" w:rsidRDefault="006C76BD">
      <w:pPr>
        <w:spacing w:after="0" w:line="240" w:lineRule="auto"/>
      </w:pPr>
    </w:p>
    <w:p w:rsidR="0019000A" w:rsidRDefault="0019000A">
      <w:pPr>
        <w:spacing w:after="0" w:line="240" w:lineRule="auto"/>
        <w:rPr>
          <w:sz w:val="24"/>
        </w:rPr>
      </w:pPr>
    </w:p>
    <w:p w:rsidR="0019000A" w:rsidRDefault="0019000A">
      <w:pPr>
        <w:spacing w:after="0" w:line="240" w:lineRule="auto"/>
        <w:rPr>
          <w:sz w:val="24"/>
        </w:rPr>
      </w:pPr>
    </w:p>
    <w:p w:rsidR="006C76B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19000A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>: [</w:t>
      </w:r>
      <w:proofErr w:type="spellStart"/>
      <w:r w:rsidRPr="0019000A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>]</w:t>
      </w:r>
    </w:p>
    <w:p w:rsidR="0019000A" w:rsidRPr="0019000A" w:rsidRDefault="0019000A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6C76BD" w:rsidRPr="0019000A" w:rsidRDefault="006C76B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6C76B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19000A">
        <w:rPr>
          <w:rFonts w:asciiTheme="majorHAnsi" w:hAnsiTheme="majorHAnsi" w:cstheme="majorHAnsi"/>
          <w:sz w:val="18"/>
          <w:szCs w:val="18"/>
        </w:rPr>
        <w:t>Уважаеми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>/а [</w:t>
      </w:r>
      <w:proofErr w:type="spellStart"/>
      <w:r w:rsidRPr="0019000A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19000A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19000A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>],</w:t>
      </w:r>
    </w:p>
    <w:p w:rsidR="0019000A" w:rsidRPr="0019000A" w:rsidRDefault="0019000A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6C76BD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19000A">
        <w:rPr>
          <w:rFonts w:asciiTheme="majorHAnsi" w:hAnsiTheme="majorHAnsi" w:cstheme="majorHAnsi"/>
          <w:sz w:val="18"/>
          <w:szCs w:val="18"/>
        </w:rPr>
        <w:t xml:space="preserve">Във връзка със състоянието на имота на адрес: [адрес], моля за извършване на експертна оценка </w:t>
      </w:r>
      <w:proofErr w:type="spellStart"/>
      <w:r w:rsidRPr="0019000A">
        <w:rPr>
          <w:rFonts w:asciiTheme="majorHAnsi" w:hAnsiTheme="majorHAnsi" w:cstheme="majorHAnsi"/>
          <w:sz w:val="18"/>
          <w:szCs w:val="18"/>
        </w:rPr>
        <w:t>относно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 xml:space="preserve"> [</w:t>
      </w:r>
      <w:proofErr w:type="spellStart"/>
      <w:r w:rsidRPr="0019000A">
        <w:rPr>
          <w:rFonts w:asciiTheme="majorHAnsi" w:hAnsiTheme="majorHAnsi" w:cstheme="majorHAnsi"/>
          <w:sz w:val="18"/>
          <w:szCs w:val="18"/>
        </w:rPr>
        <w:t>описание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19000A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19000A">
        <w:rPr>
          <w:rFonts w:asciiTheme="majorHAnsi" w:hAnsiTheme="majorHAnsi" w:cstheme="majorHAnsi"/>
          <w:sz w:val="18"/>
          <w:szCs w:val="18"/>
        </w:rPr>
        <w:t>проблема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>/</w:t>
      </w:r>
      <w:proofErr w:type="spellStart"/>
      <w:r w:rsidRPr="0019000A">
        <w:rPr>
          <w:rFonts w:asciiTheme="majorHAnsi" w:hAnsiTheme="majorHAnsi" w:cstheme="majorHAnsi"/>
          <w:sz w:val="18"/>
          <w:szCs w:val="18"/>
        </w:rPr>
        <w:t>въпроса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>].</w:t>
      </w:r>
    </w:p>
    <w:p w:rsidR="0019000A" w:rsidRPr="0019000A" w:rsidRDefault="0019000A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6C76BD" w:rsidRPr="0019000A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19000A">
        <w:rPr>
          <w:rFonts w:asciiTheme="majorHAnsi" w:hAnsiTheme="majorHAnsi" w:cstheme="majorHAnsi"/>
          <w:sz w:val="18"/>
          <w:szCs w:val="18"/>
        </w:rPr>
        <w:t>Готов/а съм да осигуря достъп в удобно за Вас време.</w:t>
      </w:r>
    </w:p>
    <w:p w:rsidR="006C76BD" w:rsidRPr="0019000A" w:rsidRDefault="006C76BD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9000A" w:rsidRDefault="0019000A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9000A" w:rsidRDefault="0019000A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9000A" w:rsidRDefault="0019000A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19000A" w:rsidRDefault="0019000A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6C76BD" w:rsidRPr="0019000A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19000A">
        <w:rPr>
          <w:rFonts w:asciiTheme="majorHAnsi" w:hAnsiTheme="majorHAnsi" w:cstheme="majorHAnsi"/>
          <w:sz w:val="18"/>
          <w:szCs w:val="18"/>
        </w:rPr>
        <w:t xml:space="preserve">С </w:t>
      </w:r>
      <w:proofErr w:type="spellStart"/>
      <w:r w:rsidRPr="0019000A">
        <w:rPr>
          <w:rFonts w:asciiTheme="majorHAnsi" w:hAnsiTheme="majorHAnsi" w:cstheme="majorHAnsi"/>
          <w:sz w:val="18"/>
          <w:szCs w:val="18"/>
        </w:rPr>
        <w:t>уважение</w:t>
      </w:r>
      <w:proofErr w:type="spellEnd"/>
      <w:r w:rsidRPr="0019000A">
        <w:rPr>
          <w:rFonts w:asciiTheme="majorHAnsi" w:hAnsiTheme="majorHAnsi" w:cstheme="majorHAnsi"/>
          <w:sz w:val="18"/>
          <w:szCs w:val="18"/>
        </w:rPr>
        <w:t>,</w:t>
      </w:r>
    </w:p>
    <w:p w:rsidR="006C76BD" w:rsidRPr="0019000A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19000A">
        <w:rPr>
          <w:rFonts w:asciiTheme="majorHAnsi" w:hAnsiTheme="majorHAnsi" w:cstheme="majorHAnsi"/>
          <w:sz w:val="18"/>
          <w:szCs w:val="18"/>
        </w:rPr>
        <w:t>[Име и подпис на наемателя]</w:t>
      </w:r>
    </w:p>
    <w:sectPr w:rsidR="006C76BD" w:rsidRPr="0019000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2489734">
    <w:abstractNumId w:val="8"/>
  </w:num>
  <w:num w:numId="2" w16cid:durableId="621224900">
    <w:abstractNumId w:val="6"/>
  </w:num>
  <w:num w:numId="3" w16cid:durableId="70466918">
    <w:abstractNumId w:val="5"/>
  </w:num>
  <w:num w:numId="4" w16cid:durableId="1801654504">
    <w:abstractNumId w:val="4"/>
  </w:num>
  <w:num w:numId="5" w16cid:durableId="642925637">
    <w:abstractNumId w:val="7"/>
  </w:num>
  <w:num w:numId="6" w16cid:durableId="49232526">
    <w:abstractNumId w:val="3"/>
  </w:num>
  <w:num w:numId="7" w16cid:durableId="1792243984">
    <w:abstractNumId w:val="2"/>
  </w:num>
  <w:num w:numId="8" w16cid:durableId="1286421913">
    <w:abstractNumId w:val="1"/>
  </w:num>
  <w:num w:numId="9" w16cid:durableId="2067220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000A"/>
    <w:rsid w:val="0029639D"/>
    <w:rsid w:val="00326F90"/>
    <w:rsid w:val="006C76B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CB6D31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2025-06-20T08:59:00Z</dcterms:created>
  <dcterms:modified xsi:type="dcterms:W3CDTF">2025-06-20T08:59:00Z</dcterms:modified>
  <cp:category/>
</cp:coreProperties>
</file>