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84B05" w:rsidRPr="00DB1CF0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DB1CF0">
        <w:rPr>
          <w:rFonts w:asciiTheme="majorHAnsi" w:hAnsiTheme="majorHAnsi" w:cstheme="majorHAnsi"/>
          <w:sz w:val="18"/>
          <w:szCs w:val="18"/>
        </w:rPr>
        <w:t>От</w:t>
      </w:r>
      <w:proofErr w:type="spellEnd"/>
      <w:r w:rsidRPr="00DB1CF0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DB1CF0" w:rsidRPr="00DB1CF0">
        <w:rPr>
          <w:rFonts w:asciiTheme="majorHAnsi" w:hAnsiTheme="majorHAnsi" w:cstheme="majorHAnsi"/>
          <w:sz w:val="18"/>
          <w:szCs w:val="18"/>
        </w:rPr>
        <w:t xml:space="preserve"> </w:t>
      </w:r>
      <w:r w:rsidRPr="00DB1CF0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Pr="00DB1CF0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DB1CF0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DB1CF0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DB1CF0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DB1CF0">
        <w:rPr>
          <w:rFonts w:asciiTheme="majorHAnsi" w:hAnsiTheme="majorHAnsi" w:cstheme="majorHAnsi"/>
          <w:sz w:val="18"/>
          <w:szCs w:val="18"/>
        </w:rPr>
        <w:t>наемателя</w:t>
      </w:r>
      <w:proofErr w:type="spellEnd"/>
      <w:r w:rsidRPr="00DB1CF0">
        <w:rPr>
          <w:rFonts w:asciiTheme="majorHAnsi" w:hAnsiTheme="majorHAnsi" w:cstheme="majorHAnsi"/>
          <w:sz w:val="18"/>
          <w:szCs w:val="18"/>
        </w:rPr>
        <w:t>]</w:t>
      </w:r>
    </w:p>
    <w:p w:rsidR="00584B05" w:rsidRPr="00DB1CF0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DB1CF0">
        <w:rPr>
          <w:rFonts w:asciiTheme="majorHAnsi" w:hAnsiTheme="majorHAnsi" w:cstheme="majorHAnsi"/>
          <w:sz w:val="18"/>
          <w:szCs w:val="18"/>
        </w:rPr>
        <w:t>[Адрес / телефон / имейл]</w:t>
      </w:r>
    </w:p>
    <w:p w:rsidR="00584B05" w:rsidRPr="00DB1CF0" w:rsidRDefault="00584B05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DB1CF0" w:rsidRPr="00DB1CF0" w:rsidRDefault="00DB1CF0" w:rsidP="00DB1CF0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DB1CF0" w:rsidRPr="00DB1CF0" w:rsidRDefault="00DB1CF0" w:rsidP="00DB1CF0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DB1CF0" w:rsidRDefault="00DB1CF0" w:rsidP="00DB1CF0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DB1CF0" w:rsidRDefault="00DB1CF0" w:rsidP="00DB1CF0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584B05" w:rsidRPr="00DB1CF0" w:rsidRDefault="00000000" w:rsidP="00DB1CF0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DB1CF0">
        <w:rPr>
          <w:rFonts w:asciiTheme="majorHAnsi" w:hAnsiTheme="majorHAnsi" w:cstheme="majorHAnsi"/>
          <w:sz w:val="18"/>
          <w:szCs w:val="18"/>
        </w:rPr>
        <w:t>До</w:t>
      </w:r>
      <w:proofErr w:type="spellEnd"/>
      <w:r w:rsidRPr="00DB1CF0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DB1CF0" w:rsidRPr="00DB1CF0">
        <w:rPr>
          <w:rFonts w:asciiTheme="majorHAnsi" w:hAnsiTheme="majorHAnsi" w:cstheme="majorHAnsi"/>
          <w:sz w:val="18"/>
          <w:szCs w:val="18"/>
        </w:rPr>
        <w:t xml:space="preserve"> </w:t>
      </w:r>
      <w:r w:rsidRPr="00DB1CF0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Pr="00DB1CF0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DB1CF0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DB1CF0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DB1CF0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DB1CF0">
        <w:rPr>
          <w:rFonts w:asciiTheme="majorHAnsi" w:hAnsiTheme="majorHAnsi" w:cstheme="majorHAnsi"/>
          <w:sz w:val="18"/>
          <w:szCs w:val="18"/>
        </w:rPr>
        <w:t>наемодателя</w:t>
      </w:r>
      <w:proofErr w:type="spellEnd"/>
      <w:r w:rsidRPr="00DB1CF0">
        <w:rPr>
          <w:rFonts w:asciiTheme="majorHAnsi" w:hAnsiTheme="majorHAnsi" w:cstheme="majorHAnsi"/>
          <w:sz w:val="18"/>
          <w:szCs w:val="18"/>
        </w:rPr>
        <w:t>]</w:t>
      </w:r>
    </w:p>
    <w:p w:rsidR="00584B05" w:rsidRPr="00DB1CF0" w:rsidRDefault="00000000" w:rsidP="00DB1CF0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r w:rsidRPr="00DB1CF0">
        <w:rPr>
          <w:rFonts w:asciiTheme="majorHAnsi" w:hAnsiTheme="majorHAnsi" w:cstheme="majorHAnsi"/>
          <w:sz w:val="18"/>
          <w:szCs w:val="18"/>
        </w:rPr>
        <w:t>[Адрес]</w:t>
      </w:r>
    </w:p>
    <w:p w:rsidR="00584B05" w:rsidRDefault="00584B05">
      <w:pPr>
        <w:spacing w:after="0" w:line="240" w:lineRule="auto"/>
      </w:pPr>
    </w:p>
    <w:p w:rsidR="00DB1CF0" w:rsidRDefault="00DB1CF0">
      <w:pPr>
        <w:spacing w:after="0" w:line="240" w:lineRule="auto"/>
        <w:jc w:val="center"/>
        <w:rPr>
          <w:sz w:val="24"/>
        </w:rPr>
      </w:pPr>
    </w:p>
    <w:p w:rsidR="00DB1CF0" w:rsidRDefault="00DB1CF0">
      <w:pPr>
        <w:spacing w:after="0" w:line="240" w:lineRule="auto"/>
        <w:jc w:val="center"/>
        <w:rPr>
          <w:sz w:val="24"/>
        </w:rPr>
      </w:pPr>
    </w:p>
    <w:p w:rsidR="00DB1CF0" w:rsidRDefault="00DB1CF0">
      <w:pPr>
        <w:spacing w:after="0" w:line="240" w:lineRule="auto"/>
        <w:jc w:val="center"/>
        <w:rPr>
          <w:sz w:val="24"/>
        </w:rPr>
      </w:pPr>
    </w:p>
    <w:p w:rsidR="00584B05" w:rsidRPr="00DB1CF0" w:rsidRDefault="00000000">
      <w:pPr>
        <w:spacing w:after="0" w:line="240" w:lineRule="auto"/>
        <w:jc w:val="center"/>
        <w:rPr>
          <w:b/>
          <w:bCs/>
          <w:sz w:val="28"/>
          <w:szCs w:val="28"/>
        </w:rPr>
      </w:pPr>
      <w:proofErr w:type="spellStart"/>
      <w:r w:rsidRPr="00DB1CF0">
        <w:rPr>
          <w:b/>
          <w:bCs/>
          <w:sz w:val="28"/>
          <w:szCs w:val="28"/>
        </w:rPr>
        <w:t>Жалба</w:t>
      </w:r>
      <w:proofErr w:type="spellEnd"/>
      <w:r w:rsidRPr="00DB1CF0">
        <w:rPr>
          <w:b/>
          <w:bCs/>
          <w:sz w:val="28"/>
          <w:szCs w:val="28"/>
        </w:rPr>
        <w:t xml:space="preserve"> </w:t>
      </w:r>
      <w:proofErr w:type="spellStart"/>
      <w:r w:rsidRPr="00DB1CF0">
        <w:rPr>
          <w:b/>
          <w:bCs/>
          <w:sz w:val="28"/>
          <w:szCs w:val="28"/>
        </w:rPr>
        <w:t>относно</w:t>
      </w:r>
      <w:proofErr w:type="spellEnd"/>
      <w:r w:rsidRPr="00DB1CF0">
        <w:rPr>
          <w:b/>
          <w:bCs/>
          <w:sz w:val="28"/>
          <w:szCs w:val="28"/>
        </w:rPr>
        <w:t xml:space="preserve"> </w:t>
      </w:r>
      <w:proofErr w:type="spellStart"/>
      <w:r w:rsidRPr="00DB1CF0">
        <w:rPr>
          <w:b/>
          <w:bCs/>
          <w:sz w:val="28"/>
          <w:szCs w:val="28"/>
        </w:rPr>
        <w:t>качеството</w:t>
      </w:r>
      <w:proofErr w:type="spellEnd"/>
      <w:r w:rsidRPr="00DB1CF0">
        <w:rPr>
          <w:b/>
          <w:bCs/>
          <w:sz w:val="28"/>
          <w:szCs w:val="28"/>
        </w:rPr>
        <w:t xml:space="preserve"> </w:t>
      </w:r>
      <w:proofErr w:type="spellStart"/>
      <w:r w:rsidRPr="00DB1CF0">
        <w:rPr>
          <w:b/>
          <w:bCs/>
          <w:sz w:val="28"/>
          <w:szCs w:val="28"/>
        </w:rPr>
        <w:t>на</w:t>
      </w:r>
      <w:proofErr w:type="spellEnd"/>
      <w:r w:rsidRPr="00DB1CF0">
        <w:rPr>
          <w:b/>
          <w:bCs/>
          <w:sz w:val="28"/>
          <w:szCs w:val="28"/>
        </w:rPr>
        <w:t xml:space="preserve"> ремонт</w:t>
      </w:r>
    </w:p>
    <w:p w:rsidR="00584B05" w:rsidRDefault="00584B05">
      <w:pPr>
        <w:spacing w:after="0" w:line="240" w:lineRule="auto"/>
      </w:pPr>
    </w:p>
    <w:p w:rsidR="00DB1CF0" w:rsidRDefault="00DB1CF0">
      <w:pPr>
        <w:spacing w:after="0" w:line="240" w:lineRule="auto"/>
        <w:rPr>
          <w:sz w:val="24"/>
        </w:rPr>
      </w:pPr>
    </w:p>
    <w:p w:rsidR="00DB1CF0" w:rsidRDefault="00DB1CF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DB1CF0" w:rsidRDefault="00DB1CF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584B05" w:rsidRPr="00DB1CF0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DB1CF0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DB1CF0">
        <w:rPr>
          <w:rFonts w:asciiTheme="majorHAnsi" w:hAnsiTheme="majorHAnsi" w:cstheme="majorHAnsi"/>
          <w:sz w:val="18"/>
          <w:szCs w:val="18"/>
        </w:rPr>
        <w:t>: [</w:t>
      </w:r>
      <w:proofErr w:type="spellStart"/>
      <w:r w:rsidRPr="00DB1CF0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DB1CF0">
        <w:rPr>
          <w:rFonts w:asciiTheme="majorHAnsi" w:hAnsiTheme="majorHAnsi" w:cstheme="majorHAnsi"/>
          <w:sz w:val="18"/>
          <w:szCs w:val="18"/>
        </w:rPr>
        <w:t>]</w:t>
      </w:r>
    </w:p>
    <w:p w:rsidR="00584B05" w:rsidRPr="00DB1CF0" w:rsidRDefault="00584B05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584B05" w:rsidRPr="00DB1CF0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DB1CF0">
        <w:rPr>
          <w:rFonts w:asciiTheme="majorHAnsi" w:hAnsiTheme="majorHAnsi" w:cstheme="majorHAnsi"/>
          <w:sz w:val="18"/>
          <w:szCs w:val="18"/>
        </w:rPr>
        <w:t>Уважаеми</w:t>
      </w:r>
      <w:proofErr w:type="spellEnd"/>
      <w:r w:rsidRPr="00DB1CF0">
        <w:rPr>
          <w:rFonts w:asciiTheme="majorHAnsi" w:hAnsiTheme="majorHAnsi" w:cstheme="majorHAnsi"/>
          <w:sz w:val="18"/>
          <w:szCs w:val="18"/>
        </w:rPr>
        <w:t>/а [</w:t>
      </w:r>
      <w:proofErr w:type="spellStart"/>
      <w:r w:rsidRPr="00DB1CF0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DB1CF0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DB1CF0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DB1CF0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DB1CF0">
        <w:rPr>
          <w:rFonts w:asciiTheme="majorHAnsi" w:hAnsiTheme="majorHAnsi" w:cstheme="majorHAnsi"/>
          <w:sz w:val="18"/>
          <w:szCs w:val="18"/>
        </w:rPr>
        <w:t>наемодателя</w:t>
      </w:r>
      <w:proofErr w:type="spellEnd"/>
      <w:r w:rsidRPr="00DB1CF0">
        <w:rPr>
          <w:rFonts w:asciiTheme="majorHAnsi" w:hAnsiTheme="majorHAnsi" w:cstheme="majorHAnsi"/>
          <w:sz w:val="18"/>
          <w:szCs w:val="18"/>
        </w:rPr>
        <w:t>],</w:t>
      </w:r>
    </w:p>
    <w:p w:rsidR="00DB1CF0" w:rsidRPr="00DB1CF0" w:rsidRDefault="00DB1CF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584B05" w:rsidRPr="00DB1CF0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DB1CF0">
        <w:rPr>
          <w:rFonts w:asciiTheme="majorHAnsi" w:hAnsiTheme="majorHAnsi" w:cstheme="majorHAnsi"/>
          <w:sz w:val="18"/>
          <w:szCs w:val="18"/>
        </w:rPr>
        <w:t xml:space="preserve">Изразявам несъгласие с качеството на извършения ремонт в имота на адрес: [адрес], </w:t>
      </w:r>
      <w:proofErr w:type="spellStart"/>
      <w:r w:rsidRPr="00DB1CF0">
        <w:rPr>
          <w:rFonts w:asciiTheme="majorHAnsi" w:hAnsiTheme="majorHAnsi" w:cstheme="majorHAnsi"/>
          <w:sz w:val="18"/>
          <w:szCs w:val="18"/>
        </w:rPr>
        <w:t>касаещ</w:t>
      </w:r>
      <w:proofErr w:type="spellEnd"/>
      <w:r w:rsidRPr="00DB1CF0">
        <w:rPr>
          <w:rFonts w:asciiTheme="majorHAnsi" w:hAnsiTheme="majorHAnsi" w:cstheme="majorHAnsi"/>
          <w:sz w:val="18"/>
          <w:szCs w:val="18"/>
        </w:rPr>
        <w:t xml:space="preserve"> [</w:t>
      </w:r>
      <w:proofErr w:type="spellStart"/>
      <w:r w:rsidRPr="00DB1CF0">
        <w:rPr>
          <w:rFonts w:asciiTheme="majorHAnsi" w:hAnsiTheme="majorHAnsi" w:cstheme="majorHAnsi"/>
          <w:sz w:val="18"/>
          <w:szCs w:val="18"/>
        </w:rPr>
        <w:t>описание</w:t>
      </w:r>
      <w:proofErr w:type="spellEnd"/>
      <w:r w:rsidRPr="00DB1CF0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DB1CF0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DB1CF0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DB1CF0">
        <w:rPr>
          <w:rFonts w:asciiTheme="majorHAnsi" w:hAnsiTheme="majorHAnsi" w:cstheme="majorHAnsi"/>
          <w:sz w:val="18"/>
          <w:szCs w:val="18"/>
        </w:rPr>
        <w:t>проблема</w:t>
      </w:r>
      <w:proofErr w:type="spellEnd"/>
      <w:r w:rsidRPr="00DB1CF0">
        <w:rPr>
          <w:rFonts w:asciiTheme="majorHAnsi" w:hAnsiTheme="majorHAnsi" w:cstheme="majorHAnsi"/>
          <w:sz w:val="18"/>
          <w:szCs w:val="18"/>
        </w:rPr>
        <w:t>].</w:t>
      </w:r>
    </w:p>
    <w:p w:rsidR="00DB1CF0" w:rsidRPr="00DB1CF0" w:rsidRDefault="00DB1CF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584B05" w:rsidRPr="00DB1CF0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DB1CF0">
        <w:rPr>
          <w:rFonts w:asciiTheme="majorHAnsi" w:hAnsiTheme="majorHAnsi" w:cstheme="majorHAnsi"/>
          <w:sz w:val="18"/>
          <w:szCs w:val="18"/>
        </w:rPr>
        <w:t>Моля за повторна проверка и предприемане на необходимите действия за отстраняване на недостатъците.</w:t>
      </w:r>
    </w:p>
    <w:p w:rsidR="00584B05" w:rsidRPr="00DB1CF0" w:rsidRDefault="00584B05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DB1CF0" w:rsidRPr="00DB1CF0" w:rsidRDefault="00DB1CF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DB1CF0" w:rsidRPr="00DB1CF0" w:rsidRDefault="00DB1CF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DB1CF0" w:rsidRPr="00DB1CF0" w:rsidRDefault="00DB1CF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DB1CF0" w:rsidRPr="00DB1CF0" w:rsidRDefault="00DB1CF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DB1CF0" w:rsidRDefault="00DB1CF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DB1CF0" w:rsidRDefault="00DB1CF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584B05" w:rsidRPr="00DB1CF0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DB1CF0">
        <w:rPr>
          <w:rFonts w:asciiTheme="majorHAnsi" w:hAnsiTheme="majorHAnsi" w:cstheme="majorHAnsi"/>
          <w:sz w:val="18"/>
          <w:szCs w:val="18"/>
        </w:rPr>
        <w:t xml:space="preserve">С </w:t>
      </w:r>
      <w:proofErr w:type="spellStart"/>
      <w:r w:rsidRPr="00DB1CF0">
        <w:rPr>
          <w:rFonts w:asciiTheme="majorHAnsi" w:hAnsiTheme="majorHAnsi" w:cstheme="majorHAnsi"/>
          <w:sz w:val="18"/>
          <w:szCs w:val="18"/>
        </w:rPr>
        <w:t>уважение</w:t>
      </w:r>
      <w:proofErr w:type="spellEnd"/>
      <w:r w:rsidRPr="00DB1CF0">
        <w:rPr>
          <w:rFonts w:asciiTheme="majorHAnsi" w:hAnsiTheme="majorHAnsi" w:cstheme="majorHAnsi"/>
          <w:sz w:val="18"/>
          <w:szCs w:val="18"/>
        </w:rPr>
        <w:t>,</w:t>
      </w:r>
    </w:p>
    <w:p w:rsidR="00584B05" w:rsidRPr="00DB1CF0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DB1CF0">
        <w:rPr>
          <w:rFonts w:asciiTheme="majorHAnsi" w:hAnsiTheme="majorHAnsi" w:cstheme="majorHAnsi"/>
          <w:sz w:val="18"/>
          <w:szCs w:val="18"/>
        </w:rPr>
        <w:t>[Име и подпис на наемателя]</w:t>
      </w:r>
    </w:p>
    <w:sectPr w:rsidR="00584B05" w:rsidRPr="00DB1CF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9502116">
    <w:abstractNumId w:val="8"/>
  </w:num>
  <w:num w:numId="2" w16cid:durableId="1677227143">
    <w:abstractNumId w:val="6"/>
  </w:num>
  <w:num w:numId="3" w16cid:durableId="1808236407">
    <w:abstractNumId w:val="5"/>
  </w:num>
  <w:num w:numId="4" w16cid:durableId="1206717193">
    <w:abstractNumId w:val="4"/>
  </w:num>
  <w:num w:numId="5" w16cid:durableId="1789162253">
    <w:abstractNumId w:val="7"/>
  </w:num>
  <w:num w:numId="6" w16cid:durableId="1865745921">
    <w:abstractNumId w:val="3"/>
  </w:num>
  <w:num w:numId="7" w16cid:durableId="464781717">
    <w:abstractNumId w:val="2"/>
  </w:num>
  <w:num w:numId="8" w16cid:durableId="402340391">
    <w:abstractNumId w:val="1"/>
  </w:num>
  <w:num w:numId="9" w16cid:durableId="244727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84B05"/>
    <w:rsid w:val="00AA1D8D"/>
    <w:rsid w:val="00B47730"/>
    <w:rsid w:val="00CB0664"/>
    <w:rsid w:val="00DB1C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C04F4C"/>
  <w14:defaultImageDpi w14:val="300"/>
  <w15:docId w15:val="{40A89D11-0055-224D-8A83-EA7034A8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2025-06-20T09:01:00Z</dcterms:created>
  <dcterms:modified xsi:type="dcterms:W3CDTF">2025-06-20T09:01:00Z</dcterms:modified>
  <cp:category/>
</cp:coreProperties>
</file>