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51F22" w:rsidRPr="00FD3275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FD3275">
        <w:rPr>
          <w:rFonts w:asciiTheme="majorHAnsi" w:hAnsiTheme="majorHAnsi" w:cstheme="majorHAnsi"/>
          <w:sz w:val="18"/>
          <w:szCs w:val="18"/>
        </w:rPr>
        <w:t>От</w:t>
      </w:r>
      <w:proofErr w:type="spellEnd"/>
      <w:r w:rsidRPr="00FD3275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="00FD3275" w:rsidRPr="00FD3275">
        <w:rPr>
          <w:rFonts w:asciiTheme="majorHAnsi" w:hAnsiTheme="majorHAnsi" w:cstheme="majorHAnsi"/>
          <w:sz w:val="18"/>
          <w:szCs w:val="18"/>
        </w:rPr>
        <w:t xml:space="preserve"> </w:t>
      </w:r>
      <w:r w:rsidRPr="00FD3275">
        <w:rPr>
          <w:rFonts w:asciiTheme="majorHAnsi" w:hAnsiTheme="majorHAnsi" w:cstheme="majorHAnsi"/>
          <w:sz w:val="18"/>
          <w:szCs w:val="18"/>
        </w:rPr>
        <w:t>[</w:t>
      </w:r>
      <w:proofErr w:type="spellStart"/>
      <w:r w:rsidRPr="00FD3275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FD3275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FD3275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FD3275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FD3275">
        <w:rPr>
          <w:rFonts w:asciiTheme="majorHAnsi" w:hAnsiTheme="majorHAnsi" w:cstheme="majorHAnsi"/>
          <w:sz w:val="18"/>
          <w:szCs w:val="18"/>
        </w:rPr>
        <w:t>наемателя</w:t>
      </w:r>
      <w:proofErr w:type="spellEnd"/>
      <w:r w:rsidRPr="00FD3275">
        <w:rPr>
          <w:rFonts w:asciiTheme="majorHAnsi" w:hAnsiTheme="majorHAnsi" w:cstheme="majorHAnsi"/>
          <w:sz w:val="18"/>
          <w:szCs w:val="18"/>
        </w:rPr>
        <w:t>]</w:t>
      </w:r>
    </w:p>
    <w:p w:rsidR="00451F22" w:rsidRPr="00FD3275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FD3275">
        <w:rPr>
          <w:rFonts w:asciiTheme="majorHAnsi" w:hAnsiTheme="majorHAnsi" w:cstheme="majorHAnsi"/>
          <w:sz w:val="18"/>
          <w:szCs w:val="18"/>
        </w:rPr>
        <w:t>[Адрес / телефон / имейл]</w:t>
      </w:r>
    </w:p>
    <w:p w:rsidR="00451F22" w:rsidRPr="00FD3275" w:rsidRDefault="00451F22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FD3275" w:rsidRPr="00FD3275" w:rsidRDefault="00FD3275" w:rsidP="00FD3275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FD3275" w:rsidRPr="00FD3275" w:rsidRDefault="00FD3275" w:rsidP="00FD3275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451F22" w:rsidRPr="00FD3275" w:rsidRDefault="00000000" w:rsidP="00FD3275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FD3275">
        <w:rPr>
          <w:rFonts w:asciiTheme="majorHAnsi" w:hAnsiTheme="majorHAnsi" w:cstheme="majorHAnsi"/>
          <w:sz w:val="18"/>
          <w:szCs w:val="18"/>
        </w:rPr>
        <w:t>До</w:t>
      </w:r>
      <w:proofErr w:type="spellEnd"/>
      <w:r w:rsidRPr="00FD3275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="00FD3275" w:rsidRPr="00FD3275">
        <w:rPr>
          <w:rFonts w:asciiTheme="majorHAnsi" w:hAnsiTheme="majorHAnsi" w:cstheme="majorHAnsi"/>
          <w:sz w:val="18"/>
          <w:szCs w:val="18"/>
        </w:rPr>
        <w:t xml:space="preserve"> </w:t>
      </w:r>
      <w:r w:rsidRPr="00FD3275">
        <w:rPr>
          <w:rFonts w:asciiTheme="majorHAnsi" w:hAnsiTheme="majorHAnsi" w:cstheme="majorHAnsi"/>
          <w:sz w:val="18"/>
          <w:szCs w:val="18"/>
        </w:rPr>
        <w:t>[</w:t>
      </w:r>
      <w:proofErr w:type="spellStart"/>
      <w:r w:rsidRPr="00FD3275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FD3275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FD3275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FD3275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FD3275">
        <w:rPr>
          <w:rFonts w:asciiTheme="majorHAnsi" w:hAnsiTheme="majorHAnsi" w:cstheme="majorHAnsi"/>
          <w:sz w:val="18"/>
          <w:szCs w:val="18"/>
        </w:rPr>
        <w:t>наемодателя</w:t>
      </w:r>
      <w:proofErr w:type="spellEnd"/>
      <w:r w:rsidRPr="00FD3275">
        <w:rPr>
          <w:rFonts w:asciiTheme="majorHAnsi" w:hAnsiTheme="majorHAnsi" w:cstheme="majorHAnsi"/>
          <w:sz w:val="18"/>
          <w:szCs w:val="18"/>
        </w:rPr>
        <w:t>]</w:t>
      </w:r>
    </w:p>
    <w:p w:rsidR="00451F22" w:rsidRPr="00FD3275" w:rsidRDefault="00000000" w:rsidP="00FD3275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r w:rsidRPr="00FD3275">
        <w:rPr>
          <w:rFonts w:asciiTheme="majorHAnsi" w:hAnsiTheme="majorHAnsi" w:cstheme="majorHAnsi"/>
          <w:sz w:val="18"/>
          <w:szCs w:val="18"/>
        </w:rPr>
        <w:t>[Адрес]</w:t>
      </w:r>
    </w:p>
    <w:p w:rsidR="00451F22" w:rsidRDefault="00451F22">
      <w:pPr>
        <w:spacing w:after="0" w:line="240" w:lineRule="auto"/>
      </w:pPr>
    </w:p>
    <w:p w:rsidR="00FD3275" w:rsidRDefault="00FD3275">
      <w:pPr>
        <w:spacing w:after="0" w:line="240" w:lineRule="auto"/>
        <w:jc w:val="center"/>
        <w:rPr>
          <w:sz w:val="24"/>
        </w:rPr>
      </w:pPr>
    </w:p>
    <w:p w:rsidR="00FD3275" w:rsidRDefault="00FD3275">
      <w:pPr>
        <w:spacing w:after="0" w:line="240" w:lineRule="auto"/>
        <w:jc w:val="center"/>
        <w:rPr>
          <w:sz w:val="24"/>
        </w:rPr>
      </w:pPr>
    </w:p>
    <w:p w:rsidR="00FD3275" w:rsidRDefault="00FD3275">
      <w:pPr>
        <w:spacing w:after="0" w:line="240" w:lineRule="auto"/>
        <w:jc w:val="center"/>
        <w:rPr>
          <w:sz w:val="24"/>
        </w:rPr>
      </w:pPr>
    </w:p>
    <w:p w:rsidR="002B1E77" w:rsidRDefault="002B1E77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451F22" w:rsidRPr="00FD3275" w:rsidRDefault="00000000">
      <w:pPr>
        <w:spacing w:after="0" w:line="240" w:lineRule="auto"/>
        <w:jc w:val="center"/>
        <w:rPr>
          <w:b/>
          <w:bCs/>
          <w:sz w:val="28"/>
          <w:szCs w:val="28"/>
        </w:rPr>
      </w:pPr>
      <w:proofErr w:type="spellStart"/>
      <w:r w:rsidRPr="00FD3275">
        <w:rPr>
          <w:b/>
          <w:bCs/>
          <w:sz w:val="28"/>
          <w:szCs w:val="28"/>
        </w:rPr>
        <w:t>Декларация</w:t>
      </w:r>
      <w:proofErr w:type="spellEnd"/>
      <w:r w:rsidRPr="00FD3275">
        <w:rPr>
          <w:b/>
          <w:bCs/>
          <w:sz w:val="28"/>
          <w:szCs w:val="28"/>
        </w:rPr>
        <w:t xml:space="preserve"> </w:t>
      </w:r>
      <w:proofErr w:type="spellStart"/>
      <w:r w:rsidRPr="00FD3275">
        <w:rPr>
          <w:b/>
          <w:bCs/>
          <w:sz w:val="28"/>
          <w:szCs w:val="28"/>
        </w:rPr>
        <w:t>за</w:t>
      </w:r>
      <w:proofErr w:type="spellEnd"/>
      <w:r w:rsidRPr="00FD3275">
        <w:rPr>
          <w:b/>
          <w:bCs/>
          <w:sz w:val="28"/>
          <w:szCs w:val="28"/>
        </w:rPr>
        <w:t xml:space="preserve"> </w:t>
      </w:r>
      <w:proofErr w:type="spellStart"/>
      <w:r w:rsidRPr="00FD3275">
        <w:rPr>
          <w:b/>
          <w:bCs/>
          <w:sz w:val="28"/>
          <w:szCs w:val="28"/>
        </w:rPr>
        <w:t>застрахователно</w:t>
      </w:r>
      <w:proofErr w:type="spellEnd"/>
      <w:r w:rsidRPr="00FD3275">
        <w:rPr>
          <w:b/>
          <w:bCs/>
          <w:sz w:val="28"/>
          <w:szCs w:val="28"/>
        </w:rPr>
        <w:t xml:space="preserve"> </w:t>
      </w:r>
      <w:proofErr w:type="spellStart"/>
      <w:r w:rsidRPr="00FD3275">
        <w:rPr>
          <w:b/>
          <w:bCs/>
          <w:sz w:val="28"/>
          <w:szCs w:val="28"/>
        </w:rPr>
        <w:t>събитие</w:t>
      </w:r>
      <w:proofErr w:type="spellEnd"/>
    </w:p>
    <w:p w:rsidR="00451F22" w:rsidRDefault="00451F22">
      <w:pPr>
        <w:spacing w:after="0" w:line="240" w:lineRule="auto"/>
      </w:pPr>
    </w:p>
    <w:p w:rsidR="00FD3275" w:rsidRDefault="00FD3275">
      <w:pPr>
        <w:spacing w:after="0" w:line="240" w:lineRule="auto"/>
        <w:rPr>
          <w:sz w:val="24"/>
        </w:rPr>
      </w:pPr>
    </w:p>
    <w:p w:rsidR="00FD3275" w:rsidRDefault="00FD3275">
      <w:pPr>
        <w:spacing w:after="0" w:line="240" w:lineRule="auto"/>
        <w:rPr>
          <w:sz w:val="24"/>
        </w:rPr>
      </w:pPr>
    </w:p>
    <w:p w:rsidR="00451F22" w:rsidRPr="00FD3275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FD3275">
        <w:rPr>
          <w:rFonts w:asciiTheme="majorHAnsi" w:hAnsiTheme="majorHAnsi" w:cstheme="majorHAnsi"/>
          <w:sz w:val="18"/>
          <w:szCs w:val="18"/>
        </w:rPr>
        <w:t>Дата</w:t>
      </w:r>
      <w:proofErr w:type="spellEnd"/>
      <w:r w:rsidRPr="00FD3275">
        <w:rPr>
          <w:rFonts w:asciiTheme="majorHAnsi" w:hAnsiTheme="majorHAnsi" w:cstheme="majorHAnsi"/>
          <w:sz w:val="18"/>
          <w:szCs w:val="18"/>
        </w:rPr>
        <w:t>: [</w:t>
      </w:r>
      <w:proofErr w:type="spellStart"/>
      <w:r w:rsidRPr="00FD3275">
        <w:rPr>
          <w:rFonts w:asciiTheme="majorHAnsi" w:hAnsiTheme="majorHAnsi" w:cstheme="majorHAnsi"/>
          <w:sz w:val="18"/>
          <w:szCs w:val="18"/>
        </w:rPr>
        <w:t>дата</w:t>
      </w:r>
      <w:proofErr w:type="spellEnd"/>
      <w:r w:rsidRPr="00FD3275">
        <w:rPr>
          <w:rFonts w:asciiTheme="majorHAnsi" w:hAnsiTheme="majorHAnsi" w:cstheme="majorHAnsi"/>
          <w:sz w:val="18"/>
          <w:szCs w:val="18"/>
        </w:rPr>
        <w:t>]</w:t>
      </w:r>
    </w:p>
    <w:p w:rsidR="00451F22" w:rsidRPr="00FD3275" w:rsidRDefault="00451F22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451F22" w:rsidRPr="00FD3275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FD3275">
        <w:rPr>
          <w:rFonts w:asciiTheme="majorHAnsi" w:hAnsiTheme="majorHAnsi" w:cstheme="majorHAnsi"/>
          <w:sz w:val="18"/>
          <w:szCs w:val="18"/>
        </w:rPr>
        <w:t>Уважаеми</w:t>
      </w:r>
      <w:proofErr w:type="spellEnd"/>
      <w:r w:rsidRPr="00FD3275">
        <w:rPr>
          <w:rFonts w:asciiTheme="majorHAnsi" w:hAnsiTheme="majorHAnsi" w:cstheme="majorHAnsi"/>
          <w:sz w:val="18"/>
          <w:szCs w:val="18"/>
        </w:rPr>
        <w:t>/а [</w:t>
      </w:r>
      <w:proofErr w:type="spellStart"/>
      <w:r w:rsidRPr="00FD3275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FD3275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FD3275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FD3275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FD3275">
        <w:rPr>
          <w:rFonts w:asciiTheme="majorHAnsi" w:hAnsiTheme="majorHAnsi" w:cstheme="majorHAnsi"/>
          <w:sz w:val="18"/>
          <w:szCs w:val="18"/>
        </w:rPr>
        <w:t>наемодателя</w:t>
      </w:r>
      <w:proofErr w:type="spellEnd"/>
      <w:r w:rsidRPr="00FD3275">
        <w:rPr>
          <w:rFonts w:asciiTheme="majorHAnsi" w:hAnsiTheme="majorHAnsi" w:cstheme="majorHAnsi"/>
          <w:sz w:val="18"/>
          <w:szCs w:val="18"/>
        </w:rPr>
        <w:t>],</w:t>
      </w:r>
    </w:p>
    <w:p w:rsidR="00FD3275" w:rsidRPr="00FD3275" w:rsidRDefault="00FD3275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451F22" w:rsidRPr="00FD3275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FD3275">
        <w:rPr>
          <w:rFonts w:asciiTheme="majorHAnsi" w:hAnsiTheme="majorHAnsi" w:cstheme="majorHAnsi"/>
          <w:sz w:val="18"/>
          <w:szCs w:val="18"/>
        </w:rPr>
        <w:t xml:space="preserve">Настоящото е декларация за възникнало застрахователно събитие в имота на адрес: [адрес], настъпило на [дата], вследствие </w:t>
      </w:r>
      <w:proofErr w:type="spellStart"/>
      <w:r w:rsidRPr="00FD3275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FD3275">
        <w:rPr>
          <w:rFonts w:asciiTheme="majorHAnsi" w:hAnsiTheme="majorHAnsi" w:cstheme="majorHAnsi"/>
          <w:sz w:val="18"/>
          <w:szCs w:val="18"/>
        </w:rPr>
        <w:t xml:space="preserve"> [</w:t>
      </w:r>
      <w:proofErr w:type="spellStart"/>
      <w:r w:rsidRPr="00FD3275">
        <w:rPr>
          <w:rFonts w:asciiTheme="majorHAnsi" w:hAnsiTheme="majorHAnsi" w:cstheme="majorHAnsi"/>
          <w:sz w:val="18"/>
          <w:szCs w:val="18"/>
        </w:rPr>
        <w:t>описание</w:t>
      </w:r>
      <w:proofErr w:type="spellEnd"/>
      <w:r w:rsidRPr="00FD3275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FD3275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FD3275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FD3275">
        <w:rPr>
          <w:rFonts w:asciiTheme="majorHAnsi" w:hAnsiTheme="majorHAnsi" w:cstheme="majorHAnsi"/>
          <w:sz w:val="18"/>
          <w:szCs w:val="18"/>
        </w:rPr>
        <w:t>събитието</w:t>
      </w:r>
      <w:proofErr w:type="spellEnd"/>
      <w:r w:rsidRPr="00FD3275">
        <w:rPr>
          <w:rFonts w:asciiTheme="majorHAnsi" w:hAnsiTheme="majorHAnsi" w:cstheme="majorHAnsi"/>
          <w:sz w:val="18"/>
          <w:szCs w:val="18"/>
        </w:rPr>
        <w:t>].</w:t>
      </w:r>
    </w:p>
    <w:p w:rsidR="00FD3275" w:rsidRPr="00FD3275" w:rsidRDefault="00FD3275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451F22" w:rsidRPr="00FD3275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FD3275">
        <w:rPr>
          <w:rFonts w:asciiTheme="majorHAnsi" w:hAnsiTheme="majorHAnsi" w:cstheme="majorHAnsi"/>
          <w:sz w:val="18"/>
          <w:szCs w:val="18"/>
        </w:rPr>
        <w:t>Моля за съдействие при уведомяване на застрахователя и организиране на необходимите действия.</w:t>
      </w:r>
    </w:p>
    <w:p w:rsidR="00451F22" w:rsidRPr="00FD3275" w:rsidRDefault="00451F22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FD3275" w:rsidRPr="00FD3275" w:rsidRDefault="00FD3275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FD3275" w:rsidRPr="00FD3275" w:rsidRDefault="00FD3275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FD3275" w:rsidRDefault="00FD3275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FD3275" w:rsidRDefault="00FD3275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451F22" w:rsidRPr="00FD3275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FD3275">
        <w:rPr>
          <w:rFonts w:asciiTheme="majorHAnsi" w:hAnsiTheme="majorHAnsi" w:cstheme="majorHAnsi"/>
          <w:sz w:val="18"/>
          <w:szCs w:val="18"/>
        </w:rPr>
        <w:t xml:space="preserve">С </w:t>
      </w:r>
      <w:proofErr w:type="spellStart"/>
      <w:r w:rsidRPr="00FD3275">
        <w:rPr>
          <w:rFonts w:asciiTheme="majorHAnsi" w:hAnsiTheme="majorHAnsi" w:cstheme="majorHAnsi"/>
          <w:sz w:val="18"/>
          <w:szCs w:val="18"/>
        </w:rPr>
        <w:t>уважение</w:t>
      </w:r>
      <w:proofErr w:type="spellEnd"/>
      <w:r w:rsidRPr="00FD3275">
        <w:rPr>
          <w:rFonts w:asciiTheme="majorHAnsi" w:hAnsiTheme="majorHAnsi" w:cstheme="majorHAnsi"/>
          <w:sz w:val="18"/>
          <w:szCs w:val="18"/>
        </w:rPr>
        <w:t>,</w:t>
      </w:r>
    </w:p>
    <w:p w:rsidR="00451F22" w:rsidRPr="00FD3275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FD3275">
        <w:rPr>
          <w:rFonts w:asciiTheme="majorHAnsi" w:hAnsiTheme="majorHAnsi" w:cstheme="majorHAnsi"/>
          <w:sz w:val="18"/>
          <w:szCs w:val="18"/>
        </w:rPr>
        <w:t>[Име и подпис на наемателя]</w:t>
      </w:r>
    </w:p>
    <w:sectPr w:rsidR="00451F22" w:rsidRPr="00FD327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8992061">
    <w:abstractNumId w:val="8"/>
  </w:num>
  <w:num w:numId="2" w16cid:durableId="154734655">
    <w:abstractNumId w:val="6"/>
  </w:num>
  <w:num w:numId="3" w16cid:durableId="1493519727">
    <w:abstractNumId w:val="5"/>
  </w:num>
  <w:num w:numId="4" w16cid:durableId="157963130">
    <w:abstractNumId w:val="4"/>
  </w:num>
  <w:num w:numId="5" w16cid:durableId="221520784">
    <w:abstractNumId w:val="7"/>
  </w:num>
  <w:num w:numId="6" w16cid:durableId="300235838">
    <w:abstractNumId w:val="3"/>
  </w:num>
  <w:num w:numId="7" w16cid:durableId="1024211756">
    <w:abstractNumId w:val="2"/>
  </w:num>
  <w:num w:numId="8" w16cid:durableId="1351177767">
    <w:abstractNumId w:val="1"/>
  </w:num>
  <w:num w:numId="9" w16cid:durableId="234246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1E77"/>
    <w:rsid w:val="00326F90"/>
    <w:rsid w:val="00451F22"/>
    <w:rsid w:val="00AA1D8D"/>
    <w:rsid w:val="00B47730"/>
    <w:rsid w:val="00CB0664"/>
    <w:rsid w:val="00FC693F"/>
    <w:rsid w:val="00FD3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45896A"/>
  <w14:defaultImageDpi w14:val="300"/>
  <w15:docId w15:val="{40A89D11-0055-224D-8A83-EA7034A89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3</cp:revision>
  <dcterms:created xsi:type="dcterms:W3CDTF">2025-06-20T08:56:00Z</dcterms:created>
  <dcterms:modified xsi:type="dcterms:W3CDTF">2025-06-20T08:56:00Z</dcterms:modified>
  <cp:category/>
</cp:coreProperties>
</file>