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0"/>
        <w:gridCol w:w="3420"/>
      </w:tblGrid>
      <w:tr w:rsidR="008E0203" w:rsidRPr="00BB3973" w14:paraId="6B33D298" w14:textId="77777777" w:rsidTr="00B6399B">
        <w:tc>
          <w:tcPr>
            <w:tcW w:w="5353" w:type="dxa"/>
          </w:tcPr>
          <w:p w14:paraId="26DFD21D" w14:textId="690F951C" w:rsidR="008E0203" w:rsidRPr="008E0203" w:rsidRDefault="008E0203" w:rsidP="00F5157A">
            <w:r w:rsidRPr="008E0203">
              <w:rPr>
                <w:lang w:val="bg-BG"/>
              </w:rPr>
              <w:t>От</w:t>
            </w:r>
            <w:r w:rsidRPr="008E0203">
              <w:t xml:space="preserve"> : </w:t>
            </w:r>
            <w:r w:rsidR="002631C3">
              <w:t>[</w:t>
            </w:r>
            <w:proofErr w:type="spellStart"/>
            <w:r w:rsidRPr="008E0203">
              <w:t>Име</w:t>
            </w:r>
            <w:proofErr w:type="spellEnd"/>
            <w:r w:rsidRPr="008E0203">
              <w:t xml:space="preserve"> </w:t>
            </w:r>
            <w:proofErr w:type="spellStart"/>
            <w:r w:rsidRPr="008E0203">
              <w:t>на</w:t>
            </w:r>
            <w:proofErr w:type="spellEnd"/>
            <w:r w:rsidRPr="008E0203">
              <w:t xml:space="preserve"> </w:t>
            </w:r>
            <w:proofErr w:type="spellStart"/>
            <w:r w:rsidRPr="008E0203">
              <w:t>наемодателя</w:t>
            </w:r>
            <w:proofErr w:type="spellEnd"/>
            <w:r w:rsidR="002631C3">
              <w:t>]</w:t>
            </w:r>
            <w:r w:rsidRPr="008E0203">
              <w:br/>
            </w:r>
            <w:r w:rsidR="002631C3">
              <w:t>[</w:t>
            </w:r>
            <w:proofErr w:type="spellStart"/>
            <w:r w:rsidRPr="008E0203">
              <w:t>Адрес</w:t>
            </w:r>
            <w:proofErr w:type="spellEnd"/>
            <w:r w:rsidRPr="008E0203">
              <w:t xml:space="preserve"> </w:t>
            </w:r>
            <w:proofErr w:type="spellStart"/>
            <w:r w:rsidRPr="008E0203">
              <w:t>за</w:t>
            </w:r>
            <w:proofErr w:type="spellEnd"/>
            <w:r w:rsidRPr="008E0203">
              <w:t xml:space="preserve"> </w:t>
            </w:r>
            <w:proofErr w:type="spellStart"/>
            <w:r w:rsidRPr="008E0203">
              <w:t>кореспонденция</w:t>
            </w:r>
            <w:proofErr w:type="spellEnd"/>
            <w:r w:rsidRPr="008E0203">
              <w:t xml:space="preserve"> / </w:t>
            </w:r>
            <w:proofErr w:type="spellStart"/>
            <w:r w:rsidRPr="008E0203">
              <w:t>телефон</w:t>
            </w:r>
            <w:proofErr w:type="spellEnd"/>
            <w:r w:rsidRPr="008E0203">
              <w:t xml:space="preserve"> / </w:t>
            </w:r>
            <w:proofErr w:type="spellStart"/>
            <w:r w:rsidRPr="008E0203">
              <w:t>имейл</w:t>
            </w:r>
            <w:proofErr w:type="spellEnd"/>
            <w:r w:rsidR="002631C3">
              <w:t>]</w:t>
            </w:r>
          </w:p>
        </w:tc>
        <w:tc>
          <w:tcPr>
            <w:tcW w:w="3503" w:type="dxa"/>
            <w:vAlign w:val="center"/>
          </w:tcPr>
          <w:p w14:paraId="3D4F0266" w14:textId="77777777" w:rsidR="00F5157A" w:rsidRDefault="00F5157A" w:rsidP="00F5157A">
            <w:pPr>
              <w:rPr>
                <w:rFonts w:eastAsia="Times New Roman"/>
                <w:lang w:val="fr-FR" w:eastAsia="fr-FR"/>
              </w:rPr>
            </w:pPr>
          </w:p>
          <w:p w14:paraId="17D644C7" w14:textId="77777777" w:rsidR="00F5157A" w:rsidRDefault="00F5157A" w:rsidP="00F5157A">
            <w:pPr>
              <w:rPr>
                <w:rFonts w:eastAsia="Times New Roman"/>
                <w:lang w:val="fr-FR" w:eastAsia="fr-FR"/>
              </w:rPr>
            </w:pPr>
          </w:p>
          <w:p w14:paraId="704AE3E3" w14:textId="77777777" w:rsidR="00F5157A" w:rsidRDefault="00F5157A" w:rsidP="00F5157A">
            <w:pPr>
              <w:rPr>
                <w:rFonts w:eastAsia="Times New Roman"/>
                <w:lang w:val="fr-FR" w:eastAsia="fr-FR"/>
              </w:rPr>
            </w:pPr>
          </w:p>
          <w:p w14:paraId="442E03C9" w14:textId="77777777" w:rsidR="00F5157A" w:rsidRDefault="00F5157A" w:rsidP="00F5157A">
            <w:pPr>
              <w:rPr>
                <w:rFonts w:eastAsia="Times New Roman"/>
                <w:lang w:val="fr-FR" w:eastAsia="fr-FR"/>
              </w:rPr>
            </w:pPr>
          </w:p>
          <w:p w14:paraId="738C5F60" w14:textId="25BAAF8E" w:rsidR="008E0203" w:rsidRPr="00F5157A" w:rsidRDefault="008E0203" w:rsidP="00F5157A">
            <w:pPr>
              <w:rPr>
                <w:lang w:val="fr-FR"/>
              </w:rPr>
            </w:pPr>
            <w:r w:rsidRPr="008E0203">
              <w:rPr>
                <w:rFonts w:eastAsia="Times New Roman"/>
                <w:lang w:val="bg-BG" w:eastAsia="fr-FR"/>
              </w:rPr>
              <w:t>До</w:t>
            </w:r>
            <w:r w:rsidRPr="00F5157A">
              <w:rPr>
                <w:rFonts w:eastAsia="Times New Roman"/>
                <w:lang w:val="fr-FR" w:eastAsia="fr-FR"/>
              </w:rPr>
              <w:t> :</w:t>
            </w:r>
            <w:r w:rsidRPr="00F5157A">
              <w:rPr>
                <w:lang w:val="fr-FR"/>
              </w:rPr>
              <w:t xml:space="preserve"> </w:t>
            </w:r>
            <w:r w:rsidR="002631C3">
              <w:rPr>
                <w:lang w:val="fr-FR"/>
              </w:rPr>
              <w:t>[</w:t>
            </w:r>
            <w:proofErr w:type="spellStart"/>
            <w:r w:rsidRPr="008E0203">
              <w:t>Име</w:t>
            </w:r>
            <w:proofErr w:type="spellEnd"/>
            <w:r w:rsidRPr="00F5157A">
              <w:rPr>
                <w:lang w:val="fr-FR"/>
              </w:rPr>
              <w:t xml:space="preserve"> </w:t>
            </w:r>
            <w:proofErr w:type="spellStart"/>
            <w:r w:rsidRPr="008E0203">
              <w:t>на</w:t>
            </w:r>
            <w:proofErr w:type="spellEnd"/>
            <w:r w:rsidRPr="00F5157A">
              <w:rPr>
                <w:lang w:val="fr-FR"/>
              </w:rPr>
              <w:t xml:space="preserve"> </w:t>
            </w:r>
            <w:proofErr w:type="spellStart"/>
            <w:r w:rsidRPr="008E0203">
              <w:t>наемателя</w:t>
            </w:r>
            <w:proofErr w:type="spellEnd"/>
            <w:r w:rsidR="002631C3">
              <w:rPr>
                <w:lang w:val="fr-FR"/>
              </w:rPr>
              <w:t>]</w:t>
            </w:r>
            <w:r w:rsidRPr="00F5157A">
              <w:rPr>
                <w:lang w:val="fr-FR"/>
              </w:rPr>
              <w:br/>
            </w:r>
            <w:r w:rsidR="002631C3">
              <w:rPr>
                <w:lang w:val="fr-FR"/>
              </w:rPr>
              <w:t>[</w:t>
            </w:r>
            <w:proofErr w:type="spellStart"/>
            <w:r w:rsidRPr="008E0203">
              <w:rPr>
                <w:lang w:val="fr-FR"/>
              </w:rPr>
              <w:t>Адрес</w:t>
            </w:r>
            <w:proofErr w:type="spellEnd"/>
            <w:r w:rsidR="002631C3">
              <w:rPr>
                <w:lang w:val="fr-FR"/>
              </w:rPr>
              <w:t>]</w:t>
            </w:r>
          </w:p>
        </w:tc>
      </w:tr>
    </w:tbl>
    <w:p w14:paraId="2928050D" w14:textId="77777777" w:rsidR="00457864" w:rsidRPr="00F5157A" w:rsidRDefault="00457864" w:rsidP="00F5157A">
      <w:pPr>
        <w:rPr>
          <w:lang w:val="fr-FR"/>
        </w:rPr>
      </w:pPr>
    </w:p>
    <w:p w14:paraId="6B752981" w14:textId="77777777" w:rsidR="00457864" w:rsidRPr="00F5157A" w:rsidRDefault="00457864" w:rsidP="00F5157A">
      <w:pPr>
        <w:rPr>
          <w:lang w:val="fr-FR"/>
        </w:rPr>
      </w:pPr>
    </w:p>
    <w:p w14:paraId="3F4C249B" w14:textId="08C61FB2" w:rsidR="002B3C6B" w:rsidRPr="002631C3" w:rsidRDefault="00000000" w:rsidP="00F5157A">
      <w:pPr>
        <w:pStyle w:val="Titre1"/>
        <w:rPr>
          <w:lang w:val="fr-FR"/>
        </w:rPr>
      </w:pPr>
      <w:proofErr w:type="spellStart"/>
      <w:r w:rsidRPr="008E0203">
        <w:t>Уведомление</w:t>
      </w:r>
      <w:proofErr w:type="spellEnd"/>
      <w:r w:rsidRPr="002631C3">
        <w:rPr>
          <w:lang w:val="fr-FR"/>
        </w:rPr>
        <w:t xml:space="preserve"> </w:t>
      </w:r>
      <w:proofErr w:type="spellStart"/>
      <w:r w:rsidRPr="008E0203">
        <w:t>за</w:t>
      </w:r>
      <w:proofErr w:type="spellEnd"/>
      <w:r w:rsidRPr="002631C3">
        <w:rPr>
          <w:lang w:val="fr-FR"/>
        </w:rPr>
        <w:t xml:space="preserve"> </w:t>
      </w:r>
      <w:proofErr w:type="spellStart"/>
      <w:r w:rsidRPr="008E0203">
        <w:t>просрочен</w:t>
      </w:r>
      <w:proofErr w:type="spellEnd"/>
      <w:r w:rsidRPr="002631C3">
        <w:rPr>
          <w:lang w:val="fr-FR"/>
        </w:rPr>
        <w:t xml:space="preserve"> </w:t>
      </w:r>
      <w:proofErr w:type="spellStart"/>
      <w:r w:rsidRPr="008E0203">
        <w:t>наем</w:t>
      </w:r>
      <w:proofErr w:type="spellEnd"/>
    </w:p>
    <w:p w14:paraId="5E21CA86" w14:textId="77777777" w:rsidR="002B3C6B" w:rsidRPr="002631C3" w:rsidRDefault="002B3C6B" w:rsidP="00F5157A">
      <w:pPr>
        <w:rPr>
          <w:lang w:val="fr-FR"/>
        </w:rPr>
      </w:pPr>
    </w:p>
    <w:p w14:paraId="45823F36" w14:textId="0B9C3F91" w:rsidR="002B3C6B" w:rsidRPr="002631C3" w:rsidRDefault="00000000" w:rsidP="00F5157A">
      <w:pPr>
        <w:rPr>
          <w:lang w:val="fr-FR"/>
        </w:rPr>
      </w:pPr>
      <w:proofErr w:type="spellStart"/>
      <w:r w:rsidRPr="008E0203">
        <w:t>Дата</w:t>
      </w:r>
      <w:proofErr w:type="spellEnd"/>
      <w:r w:rsidRPr="002631C3">
        <w:rPr>
          <w:lang w:val="fr-FR"/>
        </w:rPr>
        <w:t xml:space="preserve">: </w:t>
      </w:r>
      <w:r w:rsidR="002631C3" w:rsidRPr="002631C3">
        <w:rPr>
          <w:lang w:val="fr-FR"/>
        </w:rPr>
        <w:t>[</w:t>
      </w:r>
      <w:proofErr w:type="spellStart"/>
      <w:r w:rsidRPr="008E0203">
        <w:t>дата</w:t>
      </w:r>
      <w:proofErr w:type="spellEnd"/>
      <w:r w:rsidR="002631C3" w:rsidRPr="002631C3">
        <w:rPr>
          <w:lang w:val="fr-FR"/>
        </w:rPr>
        <w:t>]</w:t>
      </w:r>
    </w:p>
    <w:p w14:paraId="4C31E810" w14:textId="0BD6F9D1" w:rsidR="002B3C6B" w:rsidRPr="002631C3" w:rsidRDefault="00000000" w:rsidP="00F5157A">
      <w:pPr>
        <w:rPr>
          <w:lang w:val="fr-FR"/>
        </w:rPr>
      </w:pPr>
      <w:proofErr w:type="spellStart"/>
      <w:r w:rsidRPr="008E0203">
        <w:t>Уважаеми</w:t>
      </w:r>
      <w:proofErr w:type="spellEnd"/>
      <w:r w:rsidRPr="002631C3">
        <w:rPr>
          <w:lang w:val="fr-FR"/>
        </w:rPr>
        <w:t>/</w:t>
      </w:r>
      <w:r w:rsidRPr="008E0203">
        <w:t>а</w:t>
      </w:r>
      <w:r w:rsidRPr="002631C3">
        <w:rPr>
          <w:lang w:val="fr-FR"/>
        </w:rPr>
        <w:t xml:space="preserve"> </w:t>
      </w:r>
      <w:r w:rsidR="002631C3" w:rsidRPr="002631C3">
        <w:rPr>
          <w:lang w:val="fr-FR"/>
        </w:rPr>
        <w:t>[</w:t>
      </w:r>
      <w:proofErr w:type="spellStart"/>
      <w:r w:rsidRPr="008E0203">
        <w:t>Име</w:t>
      </w:r>
      <w:proofErr w:type="spellEnd"/>
      <w:r w:rsidRPr="002631C3">
        <w:rPr>
          <w:lang w:val="fr-FR"/>
        </w:rPr>
        <w:t xml:space="preserve"> </w:t>
      </w:r>
      <w:proofErr w:type="spellStart"/>
      <w:r w:rsidRPr="008E0203">
        <w:t>на</w:t>
      </w:r>
      <w:proofErr w:type="spellEnd"/>
      <w:r w:rsidRPr="002631C3">
        <w:rPr>
          <w:lang w:val="fr-FR"/>
        </w:rPr>
        <w:t xml:space="preserve"> </w:t>
      </w:r>
      <w:proofErr w:type="spellStart"/>
      <w:r w:rsidRPr="008E0203">
        <w:t>наемателя</w:t>
      </w:r>
      <w:proofErr w:type="spellEnd"/>
      <w:r w:rsidR="002631C3" w:rsidRPr="002631C3">
        <w:rPr>
          <w:lang w:val="fr-FR"/>
        </w:rPr>
        <w:t>]</w:t>
      </w:r>
      <w:r w:rsidRPr="002631C3">
        <w:rPr>
          <w:lang w:val="fr-FR"/>
        </w:rPr>
        <w:t>,</w:t>
      </w:r>
    </w:p>
    <w:p w14:paraId="74505C8E" w14:textId="5144555F" w:rsidR="002B3C6B" w:rsidRPr="002631C3" w:rsidRDefault="00000000" w:rsidP="00F5157A">
      <w:pPr>
        <w:rPr>
          <w:lang w:val="fr-FR"/>
        </w:rPr>
      </w:pPr>
      <w:r w:rsidRPr="008E0203">
        <w:t>С</w:t>
      </w:r>
      <w:r w:rsidRPr="002631C3">
        <w:rPr>
          <w:lang w:val="fr-FR"/>
        </w:rPr>
        <w:t xml:space="preserve"> </w:t>
      </w:r>
      <w:proofErr w:type="spellStart"/>
      <w:r w:rsidRPr="008E0203">
        <w:t>настоящото</w:t>
      </w:r>
      <w:proofErr w:type="spellEnd"/>
      <w:r w:rsidRPr="002631C3">
        <w:rPr>
          <w:lang w:val="fr-FR"/>
        </w:rPr>
        <w:t xml:space="preserve"> </w:t>
      </w:r>
      <w:proofErr w:type="spellStart"/>
      <w:r w:rsidRPr="008E0203">
        <w:t>писмо</w:t>
      </w:r>
      <w:proofErr w:type="spellEnd"/>
      <w:r w:rsidRPr="002631C3">
        <w:rPr>
          <w:lang w:val="fr-FR"/>
        </w:rPr>
        <w:t xml:space="preserve"> </w:t>
      </w:r>
      <w:proofErr w:type="spellStart"/>
      <w:r w:rsidRPr="008E0203">
        <w:t>Ви</w:t>
      </w:r>
      <w:proofErr w:type="spellEnd"/>
      <w:r w:rsidRPr="002631C3">
        <w:rPr>
          <w:lang w:val="fr-FR"/>
        </w:rPr>
        <w:t xml:space="preserve"> </w:t>
      </w:r>
      <w:proofErr w:type="spellStart"/>
      <w:r w:rsidRPr="008E0203">
        <w:t>уведомявам</w:t>
      </w:r>
      <w:proofErr w:type="spellEnd"/>
      <w:r w:rsidRPr="002631C3">
        <w:rPr>
          <w:lang w:val="fr-FR"/>
        </w:rPr>
        <w:t xml:space="preserve">, </w:t>
      </w:r>
      <w:proofErr w:type="spellStart"/>
      <w:r w:rsidRPr="008E0203">
        <w:t>че</w:t>
      </w:r>
      <w:proofErr w:type="spellEnd"/>
      <w:r w:rsidRPr="002631C3">
        <w:rPr>
          <w:lang w:val="fr-FR"/>
        </w:rPr>
        <w:t xml:space="preserve"> </w:t>
      </w:r>
      <w:proofErr w:type="spellStart"/>
      <w:r w:rsidRPr="008E0203">
        <w:t>към</w:t>
      </w:r>
      <w:proofErr w:type="spellEnd"/>
      <w:r w:rsidRPr="002631C3">
        <w:rPr>
          <w:lang w:val="fr-FR"/>
        </w:rPr>
        <w:t xml:space="preserve"> </w:t>
      </w:r>
      <w:proofErr w:type="spellStart"/>
      <w:r w:rsidRPr="008E0203">
        <w:t>дата</w:t>
      </w:r>
      <w:proofErr w:type="spellEnd"/>
      <w:r w:rsidRPr="002631C3">
        <w:rPr>
          <w:lang w:val="fr-FR"/>
        </w:rPr>
        <w:t xml:space="preserve"> </w:t>
      </w:r>
      <w:r w:rsidR="002631C3" w:rsidRPr="002631C3">
        <w:rPr>
          <w:lang w:val="fr-FR"/>
        </w:rPr>
        <w:t>[</w:t>
      </w:r>
      <w:proofErr w:type="spellStart"/>
      <w:r w:rsidRPr="008E0203">
        <w:t>дата</w:t>
      </w:r>
      <w:proofErr w:type="spellEnd"/>
      <w:r w:rsidR="002631C3" w:rsidRPr="002631C3">
        <w:rPr>
          <w:lang w:val="fr-FR"/>
        </w:rPr>
        <w:t>]</w:t>
      </w:r>
      <w:r w:rsidRPr="002631C3">
        <w:rPr>
          <w:lang w:val="fr-FR"/>
        </w:rPr>
        <w:t xml:space="preserve"> </w:t>
      </w:r>
      <w:r w:rsidRPr="008E0203">
        <w:t>е</w:t>
      </w:r>
      <w:r w:rsidRPr="002631C3">
        <w:rPr>
          <w:lang w:val="fr-FR"/>
        </w:rPr>
        <w:t xml:space="preserve"> </w:t>
      </w:r>
      <w:proofErr w:type="spellStart"/>
      <w:r w:rsidRPr="008E0203">
        <w:t>налице</w:t>
      </w:r>
      <w:proofErr w:type="spellEnd"/>
      <w:r w:rsidRPr="002631C3">
        <w:rPr>
          <w:lang w:val="fr-FR"/>
        </w:rPr>
        <w:t xml:space="preserve"> </w:t>
      </w:r>
      <w:proofErr w:type="spellStart"/>
      <w:r w:rsidRPr="008E0203">
        <w:t>просрочие</w:t>
      </w:r>
      <w:proofErr w:type="spellEnd"/>
      <w:r w:rsidRPr="002631C3">
        <w:rPr>
          <w:lang w:val="fr-FR"/>
        </w:rPr>
        <w:t xml:space="preserve"> </w:t>
      </w:r>
      <w:proofErr w:type="spellStart"/>
      <w:r w:rsidRPr="008E0203">
        <w:t>по</w:t>
      </w:r>
      <w:proofErr w:type="spellEnd"/>
      <w:r w:rsidRPr="002631C3">
        <w:rPr>
          <w:lang w:val="fr-FR"/>
        </w:rPr>
        <w:t xml:space="preserve"> </w:t>
      </w:r>
      <w:proofErr w:type="spellStart"/>
      <w:r w:rsidRPr="008E0203">
        <w:t>плащането</w:t>
      </w:r>
      <w:proofErr w:type="spellEnd"/>
      <w:r w:rsidRPr="002631C3">
        <w:rPr>
          <w:lang w:val="fr-FR"/>
        </w:rPr>
        <w:t xml:space="preserve"> </w:t>
      </w:r>
      <w:proofErr w:type="spellStart"/>
      <w:r w:rsidRPr="008E0203">
        <w:t>на</w:t>
      </w:r>
      <w:proofErr w:type="spellEnd"/>
      <w:r w:rsidRPr="002631C3">
        <w:rPr>
          <w:lang w:val="fr-FR"/>
        </w:rPr>
        <w:t xml:space="preserve"> </w:t>
      </w:r>
      <w:proofErr w:type="spellStart"/>
      <w:r w:rsidRPr="008E0203">
        <w:t>дължимия</w:t>
      </w:r>
      <w:proofErr w:type="spellEnd"/>
      <w:r w:rsidRPr="002631C3">
        <w:rPr>
          <w:lang w:val="fr-FR"/>
        </w:rPr>
        <w:t xml:space="preserve"> </w:t>
      </w:r>
      <w:proofErr w:type="spellStart"/>
      <w:r w:rsidRPr="008E0203">
        <w:t>наем</w:t>
      </w:r>
      <w:proofErr w:type="spellEnd"/>
      <w:r w:rsidRPr="002631C3">
        <w:rPr>
          <w:lang w:val="fr-FR"/>
        </w:rPr>
        <w:t xml:space="preserve"> </w:t>
      </w:r>
      <w:proofErr w:type="spellStart"/>
      <w:r w:rsidRPr="008E0203">
        <w:t>за</w:t>
      </w:r>
      <w:proofErr w:type="spellEnd"/>
      <w:r w:rsidRPr="002631C3">
        <w:rPr>
          <w:lang w:val="fr-FR"/>
        </w:rPr>
        <w:t xml:space="preserve"> </w:t>
      </w:r>
      <w:proofErr w:type="spellStart"/>
      <w:r w:rsidRPr="008E0203">
        <w:t>имота</w:t>
      </w:r>
      <w:proofErr w:type="spellEnd"/>
      <w:r w:rsidRPr="002631C3">
        <w:rPr>
          <w:lang w:val="fr-FR"/>
        </w:rPr>
        <w:t xml:space="preserve">, </w:t>
      </w:r>
      <w:proofErr w:type="spellStart"/>
      <w:r w:rsidRPr="008E0203">
        <w:t>находящ</w:t>
      </w:r>
      <w:proofErr w:type="spellEnd"/>
      <w:r w:rsidRPr="002631C3">
        <w:rPr>
          <w:lang w:val="fr-FR"/>
        </w:rPr>
        <w:t xml:space="preserve"> </w:t>
      </w:r>
      <w:proofErr w:type="spellStart"/>
      <w:r w:rsidRPr="008E0203">
        <w:t>се</w:t>
      </w:r>
      <w:proofErr w:type="spellEnd"/>
      <w:r w:rsidRPr="002631C3">
        <w:rPr>
          <w:lang w:val="fr-FR"/>
        </w:rPr>
        <w:t xml:space="preserve"> </w:t>
      </w:r>
      <w:proofErr w:type="spellStart"/>
      <w:r w:rsidRPr="008E0203">
        <w:t>на</w:t>
      </w:r>
      <w:proofErr w:type="spellEnd"/>
      <w:r w:rsidRPr="002631C3">
        <w:rPr>
          <w:lang w:val="fr-FR"/>
        </w:rPr>
        <w:t xml:space="preserve"> </w:t>
      </w:r>
      <w:proofErr w:type="spellStart"/>
      <w:r w:rsidRPr="008E0203">
        <w:t>адрес</w:t>
      </w:r>
      <w:proofErr w:type="spellEnd"/>
      <w:r w:rsidRPr="002631C3">
        <w:rPr>
          <w:lang w:val="fr-FR"/>
        </w:rPr>
        <w:t xml:space="preserve">: </w:t>
      </w:r>
      <w:r w:rsidR="002631C3" w:rsidRPr="002631C3">
        <w:rPr>
          <w:lang w:val="fr-FR"/>
        </w:rPr>
        <w:t>[</w:t>
      </w:r>
      <w:proofErr w:type="spellStart"/>
      <w:r w:rsidRPr="008E0203">
        <w:t>пълен</w:t>
      </w:r>
      <w:proofErr w:type="spellEnd"/>
      <w:r w:rsidRPr="002631C3">
        <w:rPr>
          <w:lang w:val="fr-FR"/>
        </w:rPr>
        <w:t xml:space="preserve"> </w:t>
      </w:r>
      <w:proofErr w:type="spellStart"/>
      <w:r w:rsidRPr="008E0203">
        <w:t>адрес</w:t>
      </w:r>
      <w:proofErr w:type="spellEnd"/>
      <w:r w:rsidRPr="002631C3">
        <w:rPr>
          <w:lang w:val="fr-FR"/>
        </w:rPr>
        <w:t xml:space="preserve"> </w:t>
      </w:r>
      <w:proofErr w:type="spellStart"/>
      <w:r w:rsidRPr="008E0203">
        <w:t>на</w:t>
      </w:r>
      <w:proofErr w:type="spellEnd"/>
      <w:r w:rsidRPr="002631C3">
        <w:rPr>
          <w:lang w:val="fr-FR"/>
        </w:rPr>
        <w:t xml:space="preserve"> </w:t>
      </w:r>
      <w:proofErr w:type="spellStart"/>
      <w:r w:rsidRPr="008E0203">
        <w:t>имота</w:t>
      </w:r>
      <w:proofErr w:type="spellEnd"/>
      <w:r w:rsidR="002631C3" w:rsidRPr="002631C3">
        <w:rPr>
          <w:lang w:val="fr-FR"/>
        </w:rPr>
        <w:t>]</w:t>
      </w:r>
      <w:r w:rsidRPr="002631C3">
        <w:rPr>
          <w:lang w:val="fr-FR"/>
        </w:rPr>
        <w:t xml:space="preserve">, </w:t>
      </w:r>
      <w:proofErr w:type="spellStart"/>
      <w:r w:rsidRPr="008E0203">
        <w:t>съгласно</w:t>
      </w:r>
      <w:proofErr w:type="spellEnd"/>
      <w:r w:rsidRPr="002631C3">
        <w:rPr>
          <w:lang w:val="fr-FR"/>
        </w:rPr>
        <w:t xml:space="preserve"> </w:t>
      </w:r>
      <w:proofErr w:type="spellStart"/>
      <w:r w:rsidRPr="008E0203">
        <w:t>сключения</w:t>
      </w:r>
      <w:proofErr w:type="spellEnd"/>
      <w:r w:rsidRPr="002631C3">
        <w:rPr>
          <w:lang w:val="fr-FR"/>
        </w:rPr>
        <w:t xml:space="preserve"> </w:t>
      </w:r>
      <w:proofErr w:type="spellStart"/>
      <w:r w:rsidRPr="008E0203">
        <w:t>между</w:t>
      </w:r>
      <w:proofErr w:type="spellEnd"/>
      <w:r w:rsidRPr="002631C3">
        <w:rPr>
          <w:lang w:val="fr-FR"/>
        </w:rPr>
        <w:t xml:space="preserve"> </w:t>
      </w:r>
      <w:proofErr w:type="spellStart"/>
      <w:r w:rsidRPr="008E0203">
        <w:t>нас</w:t>
      </w:r>
      <w:proofErr w:type="spellEnd"/>
      <w:r w:rsidRPr="002631C3">
        <w:rPr>
          <w:lang w:val="fr-FR"/>
        </w:rPr>
        <w:t xml:space="preserve"> </w:t>
      </w:r>
      <w:proofErr w:type="spellStart"/>
      <w:r w:rsidRPr="008E0203">
        <w:t>Договор</w:t>
      </w:r>
      <w:proofErr w:type="spellEnd"/>
      <w:r w:rsidRPr="002631C3">
        <w:rPr>
          <w:lang w:val="fr-FR"/>
        </w:rPr>
        <w:t xml:space="preserve"> </w:t>
      </w:r>
      <w:proofErr w:type="spellStart"/>
      <w:r w:rsidRPr="008E0203">
        <w:t>за</w:t>
      </w:r>
      <w:proofErr w:type="spellEnd"/>
      <w:r w:rsidRPr="002631C3">
        <w:rPr>
          <w:lang w:val="fr-FR"/>
        </w:rPr>
        <w:t xml:space="preserve"> </w:t>
      </w:r>
      <w:proofErr w:type="spellStart"/>
      <w:r w:rsidRPr="008E0203">
        <w:t>наем</w:t>
      </w:r>
      <w:proofErr w:type="spellEnd"/>
      <w:r w:rsidRPr="002631C3">
        <w:rPr>
          <w:lang w:val="fr-FR"/>
        </w:rPr>
        <w:t xml:space="preserve">, </w:t>
      </w:r>
      <w:proofErr w:type="spellStart"/>
      <w:r w:rsidRPr="008E0203">
        <w:t>подписан</w:t>
      </w:r>
      <w:proofErr w:type="spellEnd"/>
      <w:r w:rsidRPr="002631C3">
        <w:rPr>
          <w:lang w:val="fr-FR"/>
        </w:rPr>
        <w:t xml:space="preserve"> </w:t>
      </w:r>
      <w:proofErr w:type="spellStart"/>
      <w:r w:rsidRPr="008E0203">
        <w:t>на</w:t>
      </w:r>
      <w:proofErr w:type="spellEnd"/>
      <w:r w:rsidRPr="002631C3">
        <w:rPr>
          <w:lang w:val="fr-FR"/>
        </w:rPr>
        <w:t xml:space="preserve"> </w:t>
      </w:r>
      <w:r w:rsidR="002631C3" w:rsidRPr="002631C3">
        <w:rPr>
          <w:lang w:val="fr-FR"/>
        </w:rPr>
        <w:t>[</w:t>
      </w:r>
      <w:proofErr w:type="spellStart"/>
      <w:r w:rsidRPr="008E0203">
        <w:t>дата</w:t>
      </w:r>
      <w:proofErr w:type="spellEnd"/>
      <w:r w:rsidRPr="002631C3">
        <w:rPr>
          <w:lang w:val="fr-FR"/>
        </w:rPr>
        <w:t xml:space="preserve"> </w:t>
      </w:r>
      <w:proofErr w:type="spellStart"/>
      <w:r w:rsidRPr="008E0203">
        <w:t>на</w:t>
      </w:r>
      <w:proofErr w:type="spellEnd"/>
      <w:r w:rsidRPr="002631C3">
        <w:rPr>
          <w:lang w:val="fr-FR"/>
        </w:rPr>
        <w:t xml:space="preserve"> </w:t>
      </w:r>
      <w:proofErr w:type="spellStart"/>
      <w:r w:rsidRPr="008E0203">
        <w:t>договора</w:t>
      </w:r>
      <w:proofErr w:type="spellEnd"/>
      <w:r w:rsidR="002631C3" w:rsidRPr="002631C3">
        <w:rPr>
          <w:lang w:val="fr-FR"/>
        </w:rPr>
        <w:t>]</w:t>
      </w:r>
      <w:r w:rsidRPr="002631C3">
        <w:rPr>
          <w:lang w:val="fr-FR"/>
        </w:rPr>
        <w:t>.</w:t>
      </w:r>
    </w:p>
    <w:p w14:paraId="57CE4252" w14:textId="2665C0BF" w:rsidR="002B3C6B" w:rsidRPr="0063130B" w:rsidRDefault="00000000" w:rsidP="00F5157A">
      <w:pPr>
        <w:rPr>
          <w:lang w:val="fr-FR"/>
        </w:rPr>
      </w:pPr>
      <w:proofErr w:type="spellStart"/>
      <w:r w:rsidRPr="008E0203">
        <w:t>Съгласно</w:t>
      </w:r>
      <w:proofErr w:type="spellEnd"/>
      <w:r w:rsidRPr="0063130B">
        <w:rPr>
          <w:lang w:val="fr-FR"/>
        </w:rPr>
        <w:t xml:space="preserve"> </w:t>
      </w:r>
      <w:proofErr w:type="spellStart"/>
      <w:r w:rsidRPr="008E0203">
        <w:t>чл</w:t>
      </w:r>
      <w:proofErr w:type="spellEnd"/>
      <w:r w:rsidRPr="0063130B">
        <w:rPr>
          <w:lang w:val="fr-FR"/>
        </w:rPr>
        <w:t xml:space="preserve">. </w:t>
      </w:r>
      <w:r w:rsidR="002631C3" w:rsidRPr="0063130B">
        <w:rPr>
          <w:lang w:val="fr-FR"/>
        </w:rPr>
        <w:t>[</w:t>
      </w:r>
      <w:proofErr w:type="spellStart"/>
      <w:r w:rsidRPr="008E0203">
        <w:t>номер</w:t>
      </w:r>
      <w:proofErr w:type="spellEnd"/>
      <w:r w:rsidR="002631C3" w:rsidRPr="0063130B">
        <w:rPr>
          <w:lang w:val="fr-FR"/>
        </w:rPr>
        <w:t>]</w:t>
      </w:r>
      <w:r w:rsidRPr="0063130B">
        <w:rPr>
          <w:lang w:val="fr-FR"/>
        </w:rPr>
        <w:t xml:space="preserve"> </w:t>
      </w:r>
      <w:proofErr w:type="spellStart"/>
      <w:r w:rsidRPr="008E0203">
        <w:t>от</w:t>
      </w:r>
      <w:proofErr w:type="spellEnd"/>
      <w:r w:rsidRPr="0063130B">
        <w:rPr>
          <w:lang w:val="fr-FR"/>
        </w:rPr>
        <w:t xml:space="preserve"> </w:t>
      </w:r>
      <w:proofErr w:type="spellStart"/>
      <w:r w:rsidRPr="008E0203">
        <w:t>договора</w:t>
      </w:r>
      <w:proofErr w:type="spellEnd"/>
      <w:r w:rsidRPr="0063130B">
        <w:rPr>
          <w:lang w:val="fr-FR"/>
        </w:rPr>
        <w:t xml:space="preserve">, </w:t>
      </w:r>
      <w:proofErr w:type="spellStart"/>
      <w:r w:rsidRPr="008E0203">
        <w:t>наемната</w:t>
      </w:r>
      <w:proofErr w:type="spellEnd"/>
      <w:r w:rsidRPr="0063130B">
        <w:rPr>
          <w:lang w:val="fr-FR"/>
        </w:rPr>
        <w:t xml:space="preserve"> </w:t>
      </w:r>
      <w:proofErr w:type="spellStart"/>
      <w:r w:rsidRPr="008E0203">
        <w:t>цена</w:t>
      </w:r>
      <w:proofErr w:type="spellEnd"/>
      <w:r w:rsidRPr="0063130B">
        <w:rPr>
          <w:lang w:val="fr-FR"/>
        </w:rPr>
        <w:t xml:space="preserve"> </w:t>
      </w:r>
      <w:proofErr w:type="spellStart"/>
      <w:r w:rsidRPr="008E0203">
        <w:t>следва</w:t>
      </w:r>
      <w:proofErr w:type="spellEnd"/>
      <w:r w:rsidRPr="0063130B">
        <w:rPr>
          <w:lang w:val="fr-FR"/>
        </w:rPr>
        <w:t xml:space="preserve"> </w:t>
      </w:r>
      <w:proofErr w:type="spellStart"/>
      <w:r w:rsidRPr="008E0203">
        <w:t>да</w:t>
      </w:r>
      <w:proofErr w:type="spellEnd"/>
      <w:r w:rsidRPr="0063130B">
        <w:rPr>
          <w:lang w:val="fr-FR"/>
        </w:rPr>
        <w:t xml:space="preserve"> </w:t>
      </w:r>
      <w:proofErr w:type="spellStart"/>
      <w:r w:rsidRPr="008E0203">
        <w:t>бъде</w:t>
      </w:r>
      <w:proofErr w:type="spellEnd"/>
      <w:r w:rsidRPr="0063130B">
        <w:rPr>
          <w:lang w:val="fr-FR"/>
        </w:rPr>
        <w:t xml:space="preserve"> </w:t>
      </w:r>
      <w:proofErr w:type="spellStart"/>
      <w:r w:rsidRPr="008E0203">
        <w:t>заплатена</w:t>
      </w:r>
      <w:proofErr w:type="spellEnd"/>
      <w:r w:rsidRPr="0063130B">
        <w:rPr>
          <w:lang w:val="fr-FR"/>
        </w:rPr>
        <w:t xml:space="preserve"> </w:t>
      </w:r>
      <w:proofErr w:type="spellStart"/>
      <w:r w:rsidRPr="008E0203">
        <w:t>до</w:t>
      </w:r>
      <w:proofErr w:type="spellEnd"/>
      <w:r w:rsidRPr="0063130B">
        <w:rPr>
          <w:lang w:val="fr-FR"/>
        </w:rPr>
        <w:t xml:space="preserve"> </w:t>
      </w:r>
      <w:r w:rsidR="002631C3" w:rsidRPr="0063130B">
        <w:rPr>
          <w:lang w:val="fr-FR"/>
        </w:rPr>
        <w:t>[</w:t>
      </w:r>
      <w:proofErr w:type="spellStart"/>
      <w:r w:rsidRPr="008E0203">
        <w:t>падежна</w:t>
      </w:r>
      <w:proofErr w:type="spellEnd"/>
      <w:r w:rsidRPr="0063130B">
        <w:rPr>
          <w:lang w:val="fr-FR"/>
        </w:rPr>
        <w:t xml:space="preserve"> </w:t>
      </w:r>
      <w:proofErr w:type="spellStart"/>
      <w:r w:rsidRPr="008E0203">
        <w:t>дата</w:t>
      </w:r>
      <w:proofErr w:type="spellEnd"/>
      <w:r w:rsidRPr="0063130B">
        <w:rPr>
          <w:lang w:val="fr-FR"/>
        </w:rPr>
        <w:t xml:space="preserve"> </w:t>
      </w:r>
      <w:proofErr w:type="spellStart"/>
      <w:r w:rsidRPr="008E0203">
        <w:t>всеки</w:t>
      </w:r>
      <w:proofErr w:type="spellEnd"/>
      <w:r w:rsidRPr="0063130B">
        <w:rPr>
          <w:lang w:val="fr-FR"/>
        </w:rPr>
        <w:t xml:space="preserve"> </w:t>
      </w:r>
      <w:proofErr w:type="spellStart"/>
      <w:r w:rsidRPr="008E0203">
        <w:t>месец</w:t>
      </w:r>
      <w:proofErr w:type="spellEnd"/>
      <w:r w:rsidR="002631C3" w:rsidRPr="0063130B">
        <w:rPr>
          <w:lang w:val="fr-FR"/>
        </w:rPr>
        <w:t>]</w:t>
      </w:r>
      <w:r w:rsidRPr="0063130B">
        <w:rPr>
          <w:lang w:val="fr-FR"/>
        </w:rPr>
        <w:t xml:space="preserve">, </w:t>
      </w:r>
      <w:r w:rsidRPr="008E0203">
        <w:t>а</w:t>
      </w:r>
      <w:r w:rsidRPr="0063130B">
        <w:rPr>
          <w:lang w:val="fr-FR"/>
        </w:rPr>
        <w:t xml:space="preserve"> </w:t>
      </w:r>
      <w:proofErr w:type="spellStart"/>
      <w:r w:rsidRPr="008E0203">
        <w:t>към</w:t>
      </w:r>
      <w:proofErr w:type="spellEnd"/>
      <w:r w:rsidRPr="0063130B">
        <w:rPr>
          <w:lang w:val="fr-FR"/>
        </w:rPr>
        <w:t xml:space="preserve"> </w:t>
      </w:r>
      <w:proofErr w:type="spellStart"/>
      <w:r w:rsidRPr="008E0203">
        <w:t>момента</w:t>
      </w:r>
      <w:proofErr w:type="spellEnd"/>
      <w:r w:rsidRPr="0063130B">
        <w:rPr>
          <w:lang w:val="fr-FR"/>
        </w:rPr>
        <w:t xml:space="preserve"> </w:t>
      </w:r>
      <w:proofErr w:type="spellStart"/>
      <w:r w:rsidRPr="008E0203">
        <w:t>не</w:t>
      </w:r>
      <w:proofErr w:type="spellEnd"/>
      <w:r w:rsidRPr="0063130B">
        <w:rPr>
          <w:lang w:val="fr-FR"/>
        </w:rPr>
        <w:t xml:space="preserve"> </w:t>
      </w:r>
      <w:r w:rsidRPr="008E0203">
        <w:t>е</w:t>
      </w:r>
      <w:r w:rsidRPr="0063130B">
        <w:rPr>
          <w:lang w:val="fr-FR"/>
        </w:rPr>
        <w:t xml:space="preserve"> </w:t>
      </w:r>
      <w:proofErr w:type="spellStart"/>
      <w:r w:rsidRPr="008E0203">
        <w:t>постъпило</w:t>
      </w:r>
      <w:proofErr w:type="spellEnd"/>
      <w:r w:rsidRPr="0063130B">
        <w:rPr>
          <w:lang w:val="fr-FR"/>
        </w:rPr>
        <w:t xml:space="preserve"> </w:t>
      </w:r>
      <w:proofErr w:type="spellStart"/>
      <w:r w:rsidRPr="008E0203">
        <w:t>плащане</w:t>
      </w:r>
      <w:proofErr w:type="spellEnd"/>
      <w:r w:rsidRPr="0063130B">
        <w:rPr>
          <w:lang w:val="fr-FR"/>
        </w:rPr>
        <w:t xml:space="preserve"> </w:t>
      </w:r>
      <w:proofErr w:type="spellStart"/>
      <w:r w:rsidRPr="008E0203">
        <w:t>за</w:t>
      </w:r>
      <w:proofErr w:type="spellEnd"/>
      <w:r w:rsidRPr="0063130B">
        <w:rPr>
          <w:lang w:val="fr-FR"/>
        </w:rPr>
        <w:t xml:space="preserve"> </w:t>
      </w:r>
      <w:proofErr w:type="spellStart"/>
      <w:r w:rsidRPr="008E0203">
        <w:t>месеца</w:t>
      </w:r>
      <w:proofErr w:type="spellEnd"/>
      <w:r w:rsidRPr="0063130B">
        <w:rPr>
          <w:lang w:val="fr-FR"/>
        </w:rPr>
        <w:t xml:space="preserve"> </w:t>
      </w:r>
      <w:r w:rsidR="002631C3" w:rsidRPr="0063130B">
        <w:rPr>
          <w:lang w:val="fr-FR"/>
        </w:rPr>
        <w:t>[</w:t>
      </w:r>
      <w:proofErr w:type="spellStart"/>
      <w:r w:rsidRPr="008E0203">
        <w:t>месец</w:t>
      </w:r>
      <w:proofErr w:type="spellEnd"/>
      <w:r w:rsidR="002631C3" w:rsidRPr="0063130B">
        <w:rPr>
          <w:lang w:val="fr-FR"/>
        </w:rPr>
        <w:t>]</w:t>
      </w:r>
      <w:r w:rsidRPr="0063130B">
        <w:rPr>
          <w:lang w:val="fr-FR"/>
        </w:rPr>
        <w:t xml:space="preserve"> </w:t>
      </w:r>
      <w:r w:rsidRPr="008E0203">
        <w:t>в</w:t>
      </w:r>
      <w:r w:rsidRPr="0063130B">
        <w:rPr>
          <w:lang w:val="fr-FR"/>
        </w:rPr>
        <w:t xml:space="preserve"> </w:t>
      </w:r>
      <w:proofErr w:type="spellStart"/>
      <w:r w:rsidRPr="008E0203">
        <w:t>размер</w:t>
      </w:r>
      <w:proofErr w:type="spellEnd"/>
      <w:r w:rsidRPr="0063130B">
        <w:rPr>
          <w:lang w:val="fr-FR"/>
        </w:rPr>
        <w:t xml:space="preserve"> </w:t>
      </w:r>
      <w:proofErr w:type="spellStart"/>
      <w:r w:rsidRPr="008E0203">
        <w:t>на</w:t>
      </w:r>
      <w:proofErr w:type="spellEnd"/>
      <w:r w:rsidRPr="0063130B">
        <w:rPr>
          <w:lang w:val="fr-FR"/>
        </w:rPr>
        <w:t xml:space="preserve"> </w:t>
      </w:r>
      <w:r w:rsidR="002631C3" w:rsidRPr="0063130B">
        <w:rPr>
          <w:lang w:val="fr-FR"/>
        </w:rPr>
        <w:t>[</w:t>
      </w:r>
      <w:proofErr w:type="spellStart"/>
      <w:r w:rsidRPr="008E0203">
        <w:t>сума</w:t>
      </w:r>
      <w:proofErr w:type="spellEnd"/>
      <w:r w:rsidR="002631C3" w:rsidRPr="0063130B">
        <w:rPr>
          <w:lang w:val="fr-FR"/>
        </w:rPr>
        <w:t>]</w:t>
      </w:r>
      <w:r w:rsidRPr="0063130B">
        <w:rPr>
          <w:lang w:val="fr-FR"/>
        </w:rPr>
        <w:t xml:space="preserve"> </w:t>
      </w:r>
      <w:proofErr w:type="spellStart"/>
      <w:r w:rsidRPr="008E0203">
        <w:t>лв</w:t>
      </w:r>
      <w:proofErr w:type="spellEnd"/>
      <w:r w:rsidRPr="0063130B">
        <w:rPr>
          <w:lang w:val="fr-FR"/>
        </w:rPr>
        <w:t>.</w:t>
      </w:r>
    </w:p>
    <w:p w14:paraId="2849A723" w14:textId="51292795" w:rsidR="002B3C6B" w:rsidRPr="0063130B" w:rsidRDefault="00000000" w:rsidP="0063130B">
      <w:pPr>
        <w:rPr>
          <w:lang w:val="fr-FR"/>
        </w:rPr>
      </w:pPr>
      <w:proofErr w:type="spellStart"/>
      <w:r w:rsidRPr="008E0203">
        <w:t>Моля</w:t>
      </w:r>
      <w:proofErr w:type="spellEnd"/>
      <w:r w:rsidRPr="0063130B">
        <w:rPr>
          <w:lang w:val="fr-FR"/>
        </w:rPr>
        <w:t xml:space="preserve"> </w:t>
      </w:r>
      <w:proofErr w:type="spellStart"/>
      <w:r w:rsidRPr="008E0203">
        <w:t>да</w:t>
      </w:r>
      <w:proofErr w:type="spellEnd"/>
      <w:r w:rsidRPr="0063130B">
        <w:rPr>
          <w:lang w:val="fr-FR"/>
        </w:rPr>
        <w:t xml:space="preserve"> </w:t>
      </w:r>
      <w:proofErr w:type="spellStart"/>
      <w:r w:rsidRPr="008E0203">
        <w:t>извършите</w:t>
      </w:r>
      <w:proofErr w:type="spellEnd"/>
      <w:r w:rsidRPr="0063130B">
        <w:rPr>
          <w:lang w:val="fr-FR"/>
        </w:rPr>
        <w:t xml:space="preserve"> </w:t>
      </w:r>
      <w:proofErr w:type="spellStart"/>
      <w:r w:rsidRPr="008E0203">
        <w:t>плащането</w:t>
      </w:r>
      <w:proofErr w:type="spellEnd"/>
      <w:r w:rsidRPr="0063130B">
        <w:rPr>
          <w:lang w:val="fr-FR"/>
        </w:rPr>
        <w:t xml:space="preserve"> </w:t>
      </w:r>
      <w:proofErr w:type="spellStart"/>
      <w:r w:rsidRPr="008E0203">
        <w:t>незабавно</w:t>
      </w:r>
      <w:proofErr w:type="spellEnd"/>
      <w:r w:rsidRPr="0063130B">
        <w:rPr>
          <w:lang w:val="fr-FR"/>
        </w:rPr>
        <w:t xml:space="preserve"> </w:t>
      </w:r>
      <w:r w:rsidR="0063130B">
        <w:rPr>
          <w:lang w:val="bg-BG"/>
        </w:rPr>
        <w:t>и</w:t>
      </w:r>
      <w:r w:rsidRPr="0063130B">
        <w:rPr>
          <w:lang w:val="fr-FR"/>
        </w:rPr>
        <w:t xml:space="preserve"> </w:t>
      </w:r>
      <w:proofErr w:type="spellStart"/>
      <w:r w:rsidRPr="008E0203">
        <w:t>не</w:t>
      </w:r>
      <w:proofErr w:type="spellEnd"/>
      <w:r w:rsidRPr="0063130B">
        <w:rPr>
          <w:lang w:val="fr-FR"/>
        </w:rPr>
        <w:t xml:space="preserve"> </w:t>
      </w:r>
      <w:proofErr w:type="spellStart"/>
      <w:r w:rsidRPr="008E0203">
        <w:t>по</w:t>
      </w:r>
      <w:proofErr w:type="spellEnd"/>
      <w:r w:rsidRPr="0063130B">
        <w:rPr>
          <w:lang w:val="fr-FR"/>
        </w:rPr>
        <w:t>-</w:t>
      </w:r>
      <w:proofErr w:type="spellStart"/>
      <w:r w:rsidRPr="008E0203">
        <w:t>късно</w:t>
      </w:r>
      <w:proofErr w:type="spellEnd"/>
      <w:r w:rsidRPr="0063130B">
        <w:rPr>
          <w:lang w:val="fr-FR"/>
        </w:rPr>
        <w:t xml:space="preserve"> </w:t>
      </w:r>
      <w:proofErr w:type="spellStart"/>
      <w:r w:rsidRPr="008E0203">
        <w:t>от</w:t>
      </w:r>
      <w:proofErr w:type="spellEnd"/>
      <w:r w:rsidRPr="0063130B">
        <w:rPr>
          <w:lang w:val="fr-FR"/>
        </w:rPr>
        <w:t xml:space="preserve"> </w:t>
      </w:r>
      <w:r w:rsidR="002631C3" w:rsidRPr="0063130B">
        <w:rPr>
          <w:lang w:val="fr-FR"/>
        </w:rPr>
        <w:t>[</w:t>
      </w:r>
      <w:proofErr w:type="spellStart"/>
      <w:r w:rsidRPr="008E0203">
        <w:t>крайна</w:t>
      </w:r>
      <w:proofErr w:type="spellEnd"/>
      <w:r w:rsidRPr="0063130B">
        <w:rPr>
          <w:lang w:val="fr-FR"/>
        </w:rPr>
        <w:t xml:space="preserve"> </w:t>
      </w:r>
      <w:proofErr w:type="spellStart"/>
      <w:r w:rsidRPr="008E0203">
        <w:t>дата</w:t>
      </w:r>
      <w:proofErr w:type="spellEnd"/>
      <w:r w:rsidR="002631C3" w:rsidRPr="0063130B">
        <w:rPr>
          <w:lang w:val="fr-FR"/>
        </w:rPr>
        <w:t>]</w:t>
      </w:r>
      <w:r w:rsidR="0063130B" w:rsidRPr="0063130B">
        <w:rPr>
          <w:lang w:val="fr-FR"/>
        </w:rPr>
        <w:t>.</w:t>
      </w:r>
    </w:p>
    <w:p w14:paraId="38DA4D7C" w14:textId="07BA7B7A" w:rsidR="002B3C6B" w:rsidRPr="00BB3973" w:rsidRDefault="00000000" w:rsidP="00F5157A">
      <w:pPr>
        <w:rPr>
          <w:lang w:val="fr-FR"/>
        </w:rPr>
      </w:pPr>
      <w:proofErr w:type="spellStart"/>
      <w:r w:rsidRPr="008E0203">
        <w:t>Ако</w:t>
      </w:r>
      <w:proofErr w:type="spellEnd"/>
      <w:r w:rsidRPr="00BB3973">
        <w:rPr>
          <w:lang w:val="fr-FR"/>
        </w:rPr>
        <w:t xml:space="preserve"> </w:t>
      </w:r>
      <w:proofErr w:type="spellStart"/>
      <w:r w:rsidRPr="008E0203">
        <w:t>сумата</w:t>
      </w:r>
      <w:proofErr w:type="spellEnd"/>
      <w:r w:rsidRPr="00BB3973">
        <w:rPr>
          <w:lang w:val="fr-FR"/>
        </w:rPr>
        <w:t xml:space="preserve"> </w:t>
      </w:r>
      <w:proofErr w:type="spellStart"/>
      <w:r w:rsidRPr="008E0203">
        <w:t>не</w:t>
      </w:r>
      <w:proofErr w:type="spellEnd"/>
      <w:r w:rsidRPr="00BB3973">
        <w:rPr>
          <w:lang w:val="fr-FR"/>
        </w:rPr>
        <w:t xml:space="preserve"> </w:t>
      </w:r>
      <w:proofErr w:type="spellStart"/>
      <w:r w:rsidRPr="008E0203">
        <w:t>бъде</w:t>
      </w:r>
      <w:proofErr w:type="spellEnd"/>
      <w:r w:rsidRPr="00BB3973">
        <w:rPr>
          <w:lang w:val="fr-FR"/>
        </w:rPr>
        <w:t xml:space="preserve"> </w:t>
      </w:r>
      <w:proofErr w:type="spellStart"/>
      <w:r w:rsidRPr="008E0203">
        <w:t>получена</w:t>
      </w:r>
      <w:proofErr w:type="spellEnd"/>
      <w:r w:rsidRPr="00BB3973">
        <w:rPr>
          <w:lang w:val="fr-FR"/>
        </w:rPr>
        <w:t xml:space="preserve"> </w:t>
      </w:r>
      <w:r w:rsidRPr="008E0203">
        <w:t>в</w:t>
      </w:r>
      <w:r w:rsidRPr="00BB3973">
        <w:rPr>
          <w:lang w:val="fr-FR"/>
        </w:rPr>
        <w:t xml:space="preserve"> </w:t>
      </w:r>
      <w:proofErr w:type="spellStart"/>
      <w:r w:rsidRPr="008E0203">
        <w:t>посочения</w:t>
      </w:r>
      <w:proofErr w:type="spellEnd"/>
      <w:r w:rsidRPr="00BB3973">
        <w:rPr>
          <w:lang w:val="fr-FR"/>
        </w:rPr>
        <w:t xml:space="preserve"> </w:t>
      </w:r>
      <w:proofErr w:type="spellStart"/>
      <w:r w:rsidRPr="008E0203">
        <w:t>срок</w:t>
      </w:r>
      <w:proofErr w:type="spellEnd"/>
      <w:r w:rsidRPr="00BB3973">
        <w:rPr>
          <w:lang w:val="fr-FR"/>
        </w:rPr>
        <w:t xml:space="preserve">, </w:t>
      </w:r>
      <w:proofErr w:type="spellStart"/>
      <w:r w:rsidRPr="008E0203">
        <w:t>си</w:t>
      </w:r>
      <w:proofErr w:type="spellEnd"/>
      <w:r w:rsidRPr="00BB3973">
        <w:rPr>
          <w:lang w:val="fr-FR"/>
        </w:rPr>
        <w:t xml:space="preserve"> </w:t>
      </w:r>
      <w:proofErr w:type="spellStart"/>
      <w:r w:rsidRPr="008E0203">
        <w:t>запазвам</w:t>
      </w:r>
      <w:proofErr w:type="spellEnd"/>
      <w:r w:rsidRPr="00BB3973">
        <w:rPr>
          <w:lang w:val="fr-FR"/>
        </w:rPr>
        <w:t xml:space="preserve"> </w:t>
      </w:r>
      <w:proofErr w:type="spellStart"/>
      <w:r w:rsidRPr="008E0203">
        <w:t>правото</w:t>
      </w:r>
      <w:proofErr w:type="spellEnd"/>
      <w:r w:rsidRPr="00BB3973">
        <w:rPr>
          <w:lang w:val="fr-FR"/>
        </w:rPr>
        <w:t xml:space="preserve"> </w:t>
      </w:r>
      <w:proofErr w:type="spellStart"/>
      <w:r w:rsidRPr="008E0203">
        <w:t>да</w:t>
      </w:r>
      <w:proofErr w:type="spellEnd"/>
      <w:r w:rsidRPr="00BB3973">
        <w:rPr>
          <w:lang w:val="fr-FR"/>
        </w:rPr>
        <w:t xml:space="preserve"> </w:t>
      </w:r>
      <w:proofErr w:type="spellStart"/>
      <w:r w:rsidRPr="008E0203">
        <w:t>предприема</w:t>
      </w:r>
      <w:proofErr w:type="spellEnd"/>
      <w:r w:rsidRPr="00BB3973">
        <w:rPr>
          <w:lang w:val="fr-FR"/>
        </w:rPr>
        <w:t xml:space="preserve"> </w:t>
      </w:r>
      <w:proofErr w:type="spellStart"/>
      <w:r w:rsidRPr="008E0203">
        <w:t>допълнителни</w:t>
      </w:r>
      <w:proofErr w:type="spellEnd"/>
      <w:r w:rsidRPr="00BB3973">
        <w:rPr>
          <w:lang w:val="fr-FR"/>
        </w:rPr>
        <w:t xml:space="preserve"> </w:t>
      </w:r>
      <w:proofErr w:type="spellStart"/>
      <w:r w:rsidRPr="008E0203">
        <w:t>действия</w:t>
      </w:r>
      <w:proofErr w:type="spellEnd"/>
      <w:r w:rsidRPr="00BB3973">
        <w:rPr>
          <w:lang w:val="fr-FR"/>
        </w:rPr>
        <w:t xml:space="preserve">, </w:t>
      </w:r>
      <w:proofErr w:type="spellStart"/>
      <w:r w:rsidRPr="008E0203">
        <w:t>включително</w:t>
      </w:r>
      <w:proofErr w:type="spellEnd"/>
      <w:r w:rsidRPr="00BB3973">
        <w:rPr>
          <w:lang w:val="fr-FR"/>
        </w:rPr>
        <w:t xml:space="preserve"> </w:t>
      </w:r>
      <w:proofErr w:type="spellStart"/>
      <w:r w:rsidRPr="008E0203">
        <w:t>начисляване</w:t>
      </w:r>
      <w:proofErr w:type="spellEnd"/>
      <w:r w:rsidRPr="00BB3973">
        <w:rPr>
          <w:lang w:val="fr-FR"/>
        </w:rPr>
        <w:t xml:space="preserve"> </w:t>
      </w:r>
      <w:proofErr w:type="spellStart"/>
      <w:r w:rsidRPr="008E0203">
        <w:t>на</w:t>
      </w:r>
      <w:proofErr w:type="spellEnd"/>
      <w:r w:rsidRPr="00BB3973">
        <w:rPr>
          <w:lang w:val="fr-FR"/>
        </w:rPr>
        <w:t xml:space="preserve"> </w:t>
      </w:r>
      <w:proofErr w:type="spellStart"/>
      <w:r w:rsidRPr="008E0203">
        <w:t>лихви</w:t>
      </w:r>
      <w:proofErr w:type="spellEnd"/>
      <w:r w:rsidRPr="00BB3973">
        <w:rPr>
          <w:lang w:val="fr-FR"/>
        </w:rPr>
        <w:t xml:space="preserve"> </w:t>
      </w:r>
      <w:proofErr w:type="spellStart"/>
      <w:r w:rsidRPr="008E0203">
        <w:t>за</w:t>
      </w:r>
      <w:proofErr w:type="spellEnd"/>
      <w:r w:rsidRPr="00BB3973">
        <w:rPr>
          <w:lang w:val="fr-FR"/>
        </w:rPr>
        <w:t xml:space="preserve"> </w:t>
      </w:r>
      <w:proofErr w:type="spellStart"/>
      <w:r w:rsidRPr="008E0203">
        <w:t>забава</w:t>
      </w:r>
      <w:proofErr w:type="spellEnd"/>
      <w:r w:rsidRPr="00BB3973">
        <w:rPr>
          <w:lang w:val="fr-FR"/>
        </w:rPr>
        <w:t xml:space="preserve"> </w:t>
      </w:r>
      <w:r w:rsidRPr="008E0203">
        <w:t>и</w:t>
      </w:r>
      <w:r w:rsidRPr="00BB3973">
        <w:rPr>
          <w:lang w:val="fr-FR"/>
        </w:rPr>
        <w:t>/</w:t>
      </w:r>
      <w:proofErr w:type="spellStart"/>
      <w:r w:rsidRPr="008E0203">
        <w:t>или</w:t>
      </w:r>
      <w:proofErr w:type="spellEnd"/>
      <w:r w:rsidRPr="00BB3973">
        <w:rPr>
          <w:lang w:val="fr-FR"/>
        </w:rPr>
        <w:t xml:space="preserve"> </w:t>
      </w:r>
      <w:proofErr w:type="spellStart"/>
      <w:r w:rsidRPr="008E0203">
        <w:t>прекратяване</w:t>
      </w:r>
      <w:proofErr w:type="spellEnd"/>
      <w:r w:rsidRPr="00BB3973">
        <w:rPr>
          <w:lang w:val="fr-FR"/>
        </w:rPr>
        <w:t xml:space="preserve"> </w:t>
      </w:r>
      <w:proofErr w:type="spellStart"/>
      <w:r w:rsidRPr="008E0203">
        <w:t>на</w:t>
      </w:r>
      <w:proofErr w:type="spellEnd"/>
      <w:r w:rsidRPr="00BB3973">
        <w:rPr>
          <w:lang w:val="fr-FR"/>
        </w:rPr>
        <w:t xml:space="preserve"> </w:t>
      </w:r>
      <w:proofErr w:type="spellStart"/>
      <w:r w:rsidRPr="008E0203">
        <w:t>договора</w:t>
      </w:r>
      <w:proofErr w:type="spellEnd"/>
      <w:r w:rsidRPr="00BB3973">
        <w:rPr>
          <w:lang w:val="fr-FR"/>
        </w:rPr>
        <w:t xml:space="preserve">, </w:t>
      </w:r>
      <w:proofErr w:type="spellStart"/>
      <w:r w:rsidRPr="008E0203">
        <w:t>съгласно</w:t>
      </w:r>
      <w:proofErr w:type="spellEnd"/>
      <w:r w:rsidRPr="00BB3973">
        <w:rPr>
          <w:lang w:val="fr-FR"/>
        </w:rPr>
        <w:t xml:space="preserve"> </w:t>
      </w:r>
      <w:proofErr w:type="spellStart"/>
      <w:r w:rsidRPr="008E0203">
        <w:t>условията</w:t>
      </w:r>
      <w:proofErr w:type="spellEnd"/>
      <w:r w:rsidRPr="00BB3973">
        <w:rPr>
          <w:lang w:val="fr-FR"/>
        </w:rPr>
        <w:t xml:space="preserve"> </w:t>
      </w:r>
      <w:proofErr w:type="spellStart"/>
      <w:r w:rsidRPr="008E0203">
        <w:t>на</w:t>
      </w:r>
      <w:proofErr w:type="spellEnd"/>
      <w:r w:rsidRPr="00BB3973">
        <w:rPr>
          <w:lang w:val="fr-FR"/>
        </w:rPr>
        <w:t xml:space="preserve"> </w:t>
      </w:r>
      <w:proofErr w:type="spellStart"/>
      <w:r w:rsidRPr="008E0203">
        <w:t>договора</w:t>
      </w:r>
      <w:proofErr w:type="spellEnd"/>
      <w:r w:rsidRPr="00BB3973">
        <w:rPr>
          <w:lang w:val="fr-FR"/>
        </w:rPr>
        <w:t xml:space="preserve"> </w:t>
      </w:r>
      <w:r w:rsidRPr="008E0203">
        <w:t>и</w:t>
      </w:r>
      <w:r w:rsidRPr="00BB3973">
        <w:rPr>
          <w:lang w:val="fr-FR"/>
        </w:rPr>
        <w:t xml:space="preserve"> </w:t>
      </w:r>
      <w:proofErr w:type="spellStart"/>
      <w:r w:rsidRPr="008E0203">
        <w:t>действащото</w:t>
      </w:r>
      <w:proofErr w:type="spellEnd"/>
      <w:r w:rsidRPr="00BB3973">
        <w:rPr>
          <w:lang w:val="fr-FR"/>
        </w:rPr>
        <w:t xml:space="preserve"> </w:t>
      </w:r>
      <w:proofErr w:type="spellStart"/>
      <w:r w:rsidRPr="008E0203">
        <w:t>законодателство</w:t>
      </w:r>
      <w:proofErr w:type="spellEnd"/>
      <w:r w:rsidRPr="00BB3973">
        <w:rPr>
          <w:lang w:val="fr-FR"/>
        </w:rPr>
        <w:t>.</w:t>
      </w:r>
    </w:p>
    <w:p w14:paraId="62B42F8C" w14:textId="07973381" w:rsidR="002B3C6B" w:rsidRPr="00BB3973" w:rsidRDefault="00000000" w:rsidP="00F5157A">
      <w:pPr>
        <w:rPr>
          <w:lang w:val="fr-FR"/>
        </w:rPr>
      </w:pPr>
      <w:proofErr w:type="spellStart"/>
      <w:r w:rsidRPr="008E0203">
        <w:t>При</w:t>
      </w:r>
      <w:proofErr w:type="spellEnd"/>
      <w:r w:rsidRPr="00BB3973">
        <w:rPr>
          <w:lang w:val="fr-FR"/>
        </w:rPr>
        <w:t xml:space="preserve"> </w:t>
      </w:r>
      <w:proofErr w:type="spellStart"/>
      <w:r w:rsidRPr="008E0203">
        <w:t>въпроси</w:t>
      </w:r>
      <w:proofErr w:type="spellEnd"/>
      <w:r w:rsidRPr="00BB3973">
        <w:rPr>
          <w:lang w:val="fr-FR"/>
        </w:rPr>
        <w:t xml:space="preserve">, </w:t>
      </w:r>
      <w:proofErr w:type="spellStart"/>
      <w:r w:rsidRPr="008E0203">
        <w:t>моля</w:t>
      </w:r>
      <w:proofErr w:type="spellEnd"/>
      <w:r w:rsidRPr="00BB3973">
        <w:rPr>
          <w:lang w:val="fr-FR"/>
        </w:rPr>
        <w:t xml:space="preserve">, </w:t>
      </w:r>
      <w:proofErr w:type="spellStart"/>
      <w:r w:rsidRPr="008E0203">
        <w:t>свържете</w:t>
      </w:r>
      <w:proofErr w:type="spellEnd"/>
      <w:r w:rsidRPr="00BB3973">
        <w:rPr>
          <w:lang w:val="fr-FR"/>
        </w:rPr>
        <w:t xml:space="preserve"> </w:t>
      </w:r>
      <w:proofErr w:type="spellStart"/>
      <w:r w:rsidRPr="008E0203">
        <w:t>се</w:t>
      </w:r>
      <w:proofErr w:type="spellEnd"/>
      <w:r w:rsidRPr="00BB3973">
        <w:rPr>
          <w:lang w:val="fr-FR"/>
        </w:rPr>
        <w:t xml:space="preserve"> </w:t>
      </w:r>
      <w:r w:rsidRPr="008E0203">
        <w:t>с</w:t>
      </w:r>
      <w:r w:rsidRPr="00BB3973">
        <w:rPr>
          <w:lang w:val="fr-FR"/>
        </w:rPr>
        <w:t xml:space="preserve"> </w:t>
      </w:r>
      <w:proofErr w:type="spellStart"/>
      <w:r w:rsidRPr="008E0203">
        <w:t>мен</w:t>
      </w:r>
      <w:proofErr w:type="spellEnd"/>
      <w:r w:rsidRPr="00BB3973">
        <w:rPr>
          <w:lang w:val="fr-FR"/>
        </w:rPr>
        <w:t xml:space="preserve"> </w:t>
      </w:r>
      <w:proofErr w:type="spellStart"/>
      <w:r w:rsidRPr="008E0203">
        <w:t>на</w:t>
      </w:r>
      <w:proofErr w:type="spellEnd"/>
      <w:r w:rsidRPr="00BB3973">
        <w:rPr>
          <w:lang w:val="fr-FR"/>
        </w:rPr>
        <w:t xml:space="preserve"> </w:t>
      </w:r>
      <w:r w:rsidR="002631C3" w:rsidRPr="00BB3973">
        <w:rPr>
          <w:lang w:val="fr-FR"/>
        </w:rPr>
        <w:t>[</w:t>
      </w:r>
      <w:proofErr w:type="spellStart"/>
      <w:r w:rsidRPr="008E0203">
        <w:t>телефон</w:t>
      </w:r>
      <w:proofErr w:type="spellEnd"/>
      <w:r w:rsidRPr="00BB3973">
        <w:rPr>
          <w:lang w:val="fr-FR"/>
        </w:rPr>
        <w:t xml:space="preserve"> / </w:t>
      </w:r>
      <w:proofErr w:type="spellStart"/>
      <w:r w:rsidRPr="008E0203">
        <w:t>имейл</w:t>
      </w:r>
      <w:proofErr w:type="spellEnd"/>
      <w:r w:rsidR="002631C3" w:rsidRPr="00BB3973">
        <w:rPr>
          <w:lang w:val="fr-FR"/>
        </w:rPr>
        <w:t>]</w:t>
      </w:r>
      <w:r w:rsidRPr="00BB3973">
        <w:rPr>
          <w:lang w:val="fr-FR"/>
        </w:rPr>
        <w:t>.</w:t>
      </w:r>
    </w:p>
    <w:p w14:paraId="3590F63C" w14:textId="77777777" w:rsidR="002B3C6B" w:rsidRPr="00BB3973" w:rsidRDefault="00000000" w:rsidP="00F5157A">
      <w:pPr>
        <w:rPr>
          <w:lang w:val="fr-FR"/>
        </w:rPr>
      </w:pPr>
      <w:r w:rsidRPr="008E0203">
        <w:t>С</w:t>
      </w:r>
      <w:r w:rsidRPr="00BB3973">
        <w:rPr>
          <w:lang w:val="fr-FR"/>
        </w:rPr>
        <w:t xml:space="preserve"> </w:t>
      </w:r>
      <w:proofErr w:type="spellStart"/>
      <w:r w:rsidRPr="008E0203">
        <w:t>уважение</w:t>
      </w:r>
      <w:proofErr w:type="spellEnd"/>
      <w:r w:rsidRPr="00BB3973">
        <w:rPr>
          <w:lang w:val="fr-FR"/>
        </w:rPr>
        <w:t>,</w:t>
      </w:r>
    </w:p>
    <w:p w14:paraId="1543369D" w14:textId="5AE3276C" w:rsidR="002B3C6B" w:rsidRPr="00BB3973" w:rsidRDefault="002631C3" w:rsidP="00F5157A">
      <w:pPr>
        <w:rPr>
          <w:lang w:val="fr-FR"/>
        </w:rPr>
      </w:pPr>
      <w:r w:rsidRPr="00BB3973">
        <w:rPr>
          <w:lang w:val="fr-FR"/>
        </w:rPr>
        <w:t>[</w:t>
      </w:r>
      <w:proofErr w:type="spellStart"/>
      <w:r w:rsidRPr="008E0203">
        <w:t>Име</w:t>
      </w:r>
      <w:proofErr w:type="spellEnd"/>
      <w:r w:rsidRPr="00BB3973">
        <w:rPr>
          <w:lang w:val="fr-FR"/>
        </w:rPr>
        <w:t xml:space="preserve"> </w:t>
      </w:r>
      <w:r w:rsidRPr="008E0203">
        <w:t>и</w:t>
      </w:r>
      <w:r w:rsidRPr="00BB3973">
        <w:rPr>
          <w:lang w:val="fr-FR"/>
        </w:rPr>
        <w:t xml:space="preserve"> </w:t>
      </w:r>
      <w:proofErr w:type="spellStart"/>
      <w:r w:rsidRPr="008E0203">
        <w:t>подпис</w:t>
      </w:r>
      <w:proofErr w:type="spellEnd"/>
      <w:r w:rsidRPr="00BB3973">
        <w:rPr>
          <w:lang w:val="fr-FR"/>
        </w:rPr>
        <w:t xml:space="preserve"> </w:t>
      </w:r>
      <w:proofErr w:type="spellStart"/>
      <w:r w:rsidRPr="008E0203">
        <w:t>на</w:t>
      </w:r>
      <w:proofErr w:type="spellEnd"/>
      <w:r w:rsidRPr="00BB3973">
        <w:rPr>
          <w:lang w:val="fr-FR"/>
        </w:rPr>
        <w:t xml:space="preserve"> </w:t>
      </w:r>
      <w:proofErr w:type="spellStart"/>
      <w:r w:rsidRPr="008E0203">
        <w:t>наемодателя</w:t>
      </w:r>
      <w:proofErr w:type="spellEnd"/>
      <w:r w:rsidRPr="00BB3973">
        <w:rPr>
          <w:lang w:val="fr-FR"/>
        </w:rPr>
        <w:t>]</w:t>
      </w:r>
    </w:p>
    <w:sectPr w:rsidR="002B3C6B" w:rsidRPr="00BB3973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5A1952" w14:textId="77777777" w:rsidR="00E449F6" w:rsidRDefault="00E449F6" w:rsidP="002631C3">
      <w:pPr>
        <w:spacing w:after="0" w:line="240" w:lineRule="auto"/>
      </w:pPr>
      <w:r>
        <w:separator/>
      </w:r>
    </w:p>
  </w:endnote>
  <w:endnote w:type="continuationSeparator" w:id="0">
    <w:p w14:paraId="05C7B1DA" w14:textId="77777777" w:rsidR="00E449F6" w:rsidRDefault="00E449F6" w:rsidP="002631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13EA3" w14:textId="77777777" w:rsidR="002631C3" w:rsidRDefault="002631C3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26AFF" w14:textId="1BB6F849" w:rsidR="002631C3" w:rsidRPr="002631C3" w:rsidRDefault="002631C3" w:rsidP="002631C3">
    <w:pPr>
      <w:pStyle w:val="Pieddepage"/>
      <w:jc w:val="center"/>
      <w:rPr>
        <w:sz w:val="12"/>
        <w:szCs w:val="12"/>
        <w:lang w:val="fr-F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37DA19" w14:textId="77777777" w:rsidR="002631C3" w:rsidRDefault="002631C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520215" w14:textId="77777777" w:rsidR="00E449F6" w:rsidRDefault="00E449F6" w:rsidP="002631C3">
      <w:pPr>
        <w:spacing w:after="0" w:line="240" w:lineRule="auto"/>
      </w:pPr>
      <w:r>
        <w:separator/>
      </w:r>
    </w:p>
  </w:footnote>
  <w:footnote w:type="continuationSeparator" w:id="0">
    <w:p w14:paraId="388F034D" w14:textId="77777777" w:rsidR="00E449F6" w:rsidRDefault="00E449F6" w:rsidP="002631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D632E5" w14:textId="77777777" w:rsidR="002631C3" w:rsidRDefault="002631C3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D7DE4" w14:textId="77777777" w:rsidR="002631C3" w:rsidRDefault="002631C3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8A198" w14:textId="77777777" w:rsidR="002631C3" w:rsidRDefault="002631C3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81759233">
    <w:abstractNumId w:val="8"/>
  </w:num>
  <w:num w:numId="2" w16cid:durableId="1355888311">
    <w:abstractNumId w:val="6"/>
  </w:num>
  <w:num w:numId="3" w16cid:durableId="1898471383">
    <w:abstractNumId w:val="5"/>
  </w:num>
  <w:num w:numId="4" w16cid:durableId="1803501822">
    <w:abstractNumId w:val="4"/>
  </w:num>
  <w:num w:numId="5" w16cid:durableId="451362943">
    <w:abstractNumId w:val="7"/>
  </w:num>
  <w:num w:numId="6" w16cid:durableId="2015182717">
    <w:abstractNumId w:val="3"/>
  </w:num>
  <w:num w:numId="7" w16cid:durableId="1238633144">
    <w:abstractNumId w:val="2"/>
  </w:num>
  <w:num w:numId="8" w16cid:durableId="1286500689">
    <w:abstractNumId w:val="1"/>
  </w:num>
  <w:num w:numId="9" w16cid:durableId="955634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631C3"/>
    <w:rsid w:val="0029639D"/>
    <w:rsid w:val="002B3C6B"/>
    <w:rsid w:val="00326F90"/>
    <w:rsid w:val="00384D26"/>
    <w:rsid w:val="00457864"/>
    <w:rsid w:val="00510688"/>
    <w:rsid w:val="0063130B"/>
    <w:rsid w:val="007D0454"/>
    <w:rsid w:val="008766C7"/>
    <w:rsid w:val="008E0203"/>
    <w:rsid w:val="008E1C71"/>
    <w:rsid w:val="00AA1D8D"/>
    <w:rsid w:val="00AA2CAD"/>
    <w:rsid w:val="00B47730"/>
    <w:rsid w:val="00B6399B"/>
    <w:rsid w:val="00BB3973"/>
    <w:rsid w:val="00BF4B75"/>
    <w:rsid w:val="00C934D6"/>
    <w:rsid w:val="00CB0664"/>
    <w:rsid w:val="00E053BB"/>
    <w:rsid w:val="00E449F6"/>
    <w:rsid w:val="00F5157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D29DA5"/>
  <w14:defaultImageDpi w14:val="300"/>
  <w15:docId w15:val="{17A31496-5D9C-354B-B30E-AA64005B0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31C3"/>
    <w:rPr>
      <w:rFonts w:asciiTheme="majorHAnsi" w:hAnsiTheme="majorHAnsi"/>
      <w:sz w:val="18"/>
    </w:rPr>
  </w:style>
  <w:style w:type="paragraph" w:styleId="Titre1">
    <w:name w:val="heading 1"/>
    <w:basedOn w:val="Normal"/>
    <w:next w:val="Normal"/>
    <w:link w:val="Titre1Car"/>
    <w:uiPriority w:val="9"/>
    <w:qFormat/>
    <w:rsid w:val="008E1C71"/>
    <w:pPr>
      <w:keepNext/>
      <w:keepLines/>
      <w:spacing w:before="480" w:after="0"/>
      <w:jc w:val="center"/>
      <w:outlineLvl w:val="0"/>
    </w:pPr>
    <w:rPr>
      <w:rFonts w:asciiTheme="minorHAnsi" w:eastAsiaTheme="majorEastAsia" w:hAnsiTheme="minorHAnsi" w:cstheme="majorBidi"/>
      <w:b/>
      <w:bCs/>
      <w:color w:val="000000" w:themeColor="text1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eastAsiaTheme="majorEastAsia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eastAsiaTheme="majorEastAsia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eastAsiaTheme="majorEastAsia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eastAsiaTheme="majorEastAsia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eastAsiaTheme="majorEastAsia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eastAsiaTheme="majorEastAsia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8E1C71"/>
    <w:rPr>
      <w:rFonts w:eastAsiaTheme="majorEastAsia" w:cstheme="majorBidi"/>
      <w:b/>
      <w:bCs/>
      <w:color w:val="000000" w:themeColor="text1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155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3</cp:revision>
  <dcterms:created xsi:type="dcterms:W3CDTF">2025-06-19T16:15:00Z</dcterms:created>
  <dcterms:modified xsi:type="dcterms:W3CDTF">2025-06-19T17:12:00Z</dcterms:modified>
  <cp:category/>
</cp:coreProperties>
</file>