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4273DC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r w:rsidR="004273DC" w:rsidRPr="004273D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>]</w:t>
      </w:r>
    </w:p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4273DC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383ACA" w:rsidRPr="004273DC" w:rsidRDefault="00383AC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383ACA" w:rsidRPr="004273DC" w:rsidRDefault="00000000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4273DC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r w:rsidR="004273DC" w:rsidRPr="004273D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="004273DC" w:rsidRPr="004273DC">
        <w:rPr>
          <w:rFonts w:asciiTheme="majorHAnsi" w:hAnsiTheme="majorHAnsi" w:cstheme="majorHAnsi"/>
          <w:sz w:val="18"/>
          <w:szCs w:val="18"/>
        </w:rPr>
        <w:t>]</w:t>
      </w:r>
    </w:p>
    <w:p w:rsidR="00383ACA" w:rsidRPr="004273DC" w:rsidRDefault="00000000" w:rsidP="004273D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4273DC">
        <w:rPr>
          <w:rFonts w:asciiTheme="majorHAnsi" w:hAnsiTheme="majorHAnsi" w:cstheme="majorHAnsi"/>
          <w:sz w:val="18"/>
          <w:szCs w:val="18"/>
        </w:rPr>
        <w:t>[Адрес]</w:t>
      </w:r>
    </w:p>
    <w:p w:rsidR="00383ACA" w:rsidRDefault="00383ACA">
      <w:pPr>
        <w:spacing w:after="0" w:line="240" w:lineRule="auto"/>
      </w:pPr>
    </w:p>
    <w:p w:rsidR="004273DC" w:rsidRDefault="004273DC">
      <w:pPr>
        <w:spacing w:after="0" w:line="240" w:lineRule="auto"/>
        <w:jc w:val="center"/>
        <w:rPr>
          <w:sz w:val="24"/>
        </w:rPr>
      </w:pPr>
    </w:p>
    <w:p w:rsidR="004273DC" w:rsidRDefault="004273DC">
      <w:pPr>
        <w:spacing w:after="0" w:line="240" w:lineRule="auto"/>
        <w:jc w:val="center"/>
        <w:rPr>
          <w:sz w:val="24"/>
        </w:rPr>
      </w:pPr>
    </w:p>
    <w:p w:rsidR="004273DC" w:rsidRDefault="004273DC">
      <w:pPr>
        <w:spacing w:after="0" w:line="240" w:lineRule="auto"/>
        <w:jc w:val="center"/>
        <w:rPr>
          <w:sz w:val="24"/>
        </w:rPr>
      </w:pPr>
    </w:p>
    <w:p w:rsidR="00383ACA" w:rsidRPr="004273DC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4273DC">
        <w:rPr>
          <w:b/>
          <w:bCs/>
          <w:sz w:val="28"/>
          <w:szCs w:val="28"/>
        </w:rPr>
        <w:t>Удостоверение</w:t>
      </w:r>
      <w:proofErr w:type="spellEnd"/>
      <w:r w:rsidRPr="004273DC">
        <w:rPr>
          <w:b/>
          <w:bCs/>
          <w:sz w:val="28"/>
          <w:szCs w:val="28"/>
        </w:rPr>
        <w:t xml:space="preserve"> за </w:t>
      </w:r>
      <w:proofErr w:type="spellStart"/>
      <w:r w:rsidRPr="004273DC">
        <w:rPr>
          <w:b/>
          <w:bCs/>
          <w:sz w:val="28"/>
          <w:szCs w:val="28"/>
        </w:rPr>
        <w:t>адресна</w:t>
      </w:r>
      <w:proofErr w:type="spellEnd"/>
      <w:r w:rsidRPr="004273DC">
        <w:rPr>
          <w:b/>
          <w:bCs/>
          <w:sz w:val="28"/>
          <w:szCs w:val="28"/>
        </w:rPr>
        <w:t xml:space="preserve"> </w:t>
      </w:r>
      <w:proofErr w:type="spellStart"/>
      <w:r w:rsidRPr="004273DC">
        <w:rPr>
          <w:b/>
          <w:bCs/>
          <w:sz w:val="28"/>
          <w:szCs w:val="28"/>
        </w:rPr>
        <w:t>регистрация</w:t>
      </w:r>
      <w:proofErr w:type="spellEnd"/>
    </w:p>
    <w:p w:rsidR="00383ACA" w:rsidRDefault="00383ACA">
      <w:pPr>
        <w:spacing w:after="0" w:line="240" w:lineRule="auto"/>
      </w:pPr>
    </w:p>
    <w:p w:rsidR="004273DC" w:rsidRDefault="004273DC">
      <w:pPr>
        <w:spacing w:after="0" w:line="240" w:lineRule="auto"/>
        <w:rPr>
          <w:sz w:val="24"/>
        </w:rPr>
      </w:pPr>
    </w:p>
    <w:p w:rsidR="004273DC" w:rsidRDefault="004273DC">
      <w:pPr>
        <w:spacing w:after="0" w:line="240" w:lineRule="auto"/>
        <w:rPr>
          <w:sz w:val="24"/>
        </w:rPr>
      </w:pPr>
    </w:p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>]</w:t>
      </w:r>
    </w:p>
    <w:p w:rsidR="00383ACA" w:rsidRPr="004273DC" w:rsidRDefault="00383AC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4273DC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настоящото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удостоверявам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че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на лицето] пребивава на адрес: [адрес] от [дата на настаняване], в качеството си на [наемател / член на домакинство].</w:t>
      </w:r>
    </w:p>
    <w:p w:rsidR="00383ACA" w:rsidRPr="004273DC" w:rsidRDefault="00383AC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4273DC" w:rsidRPr="004273DC" w:rsidRDefault="004273D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4273DC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>,</w:t>
      </w:r>
    </w:p>
    <w:p w:rsidR="00383ACA" w:rsidRPr="004273D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4273DC">
        <w:rPr>
          <w:rFonts w:asciiTheme="majorHAnsi" w:hAnsiTheme="majorHAnsi" w:cstheme="majorHAnsi"/>
          <w:sz w:val="18"/>
          <w:szCs w:val="18"/>
        </w:rPr>
        <w:t xml:space="preserve">[Име и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подпис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4273D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="004273DC" w:rsidRPr="004273DC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4273DC">
        <w:rPr>
          <w:rFonts w:asciiTheme="majorHAnsi" w:hAnsiTheme="majorHAnsi" w:cstheme="majorHAnsi"/>
          <w:sz w:val="18"/>
          <w:szCs w:val="18"/>
        </w:rPr>
        <w:t>]</w:t>
      </w:r>
    </w:p>
    <w:sectPr w:rsidR="00383ACA" w:rsidRPr="004273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6496894">
    <w:abstractNumId w:val="8"/>
  </w:num>
  <w:num w:numId="2" w16cid:durableId="2019699637">
    <w:abstractNumId w:val="6"/>
  </w:num>
  <w:num w:numId="3" w16cid:durableId="1366248216">
    <w:abstractNumId w:val="5"/>
  </w:num>
  <w:num w:numId="4" w16cid:durableId="2044674597">
    <w:abstractNumId w:val="4"/>
  </w:num>
  <w:num w:numId="5" w16cid:durableId="82921631">
    <w:abstractNumId w:val="7"/>
  </w:num>
  <w:num w:numId="6" w16cid:durableId="664166813">
    <w:abstractNumId w:val="3"/>
  </w:num>
  <w:num w:numId="7" w16cid:durableId="1075014639">
    <w:abstractNumId w:val="2"/>
  </w:num>
  <w:num w:numId="8" w16cid:durableId="1257440391">
    <w:abstractNumId w:val="1"/>
  </w:num>
  <w:num w:numId="9" w16cid:durableId="24630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3ACA"/>
    <w:rsid w:val="004273D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AEAB4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2025-06-20T09:10:00Z</dcterms:created>
  <dcterms:modified xsi:type="dcterms:W3CDTF">2025-06-20T09:10:00Z</dcterms:modified>
  <cp:category/>
</cp:coreProperties>
</file>