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813DDC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813DDC" w:rsidRPr="00813DDC">
        <w:rPr>
          <w:rFonts w:asciiTheme="majorHAnsi" w:hAnsiTheme="majorHAnsi" w:cstheme="majorHAnsi"/>
          <w:sz w:val="18"/>
          <w:szCs w:val="18"/>
        </w:rPr>
        <w:t xml:space="preserve"> </w:t>
      </w:r>
      <w:r w:rsidRPr="00813DD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]</w:t>
      </w: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FD65B6" w:rsidRPr="00813DDC" w:rsidRDefault="00FD65B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 w:rsidP="00813D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 w:rsidP="00813D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 w:rsidP="00813D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813DDC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813DDC" w:rsidRPr="00813DDC">
        <w:rPr>
          <w:rFonts w:asciiTheme="majorHAnsi" w:hAnsiTheme="majorHAnsi" w:cstheme="majorHAnsi"/>
          <w:sz w:val="18"/>
          <w:szCs w:val="18"/>
        </w:rPr>
        <w:t xml:space="preserve"> </w:t>
      </w:r>
      <w:r w:rsidRPr="00813DD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]</w:t>
      </w:r>
    </w:p>
    <w:p w:rsidR="00FD65B6" w:rsidRPr="00813DDC" w:rsidRDefault="00000000" w:rsidP="00813D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>[Адрес]</w:t>
      </w:r>
    </w:p>
    <w:p w:rsidR="00FD65B6" w:rsidRDefault="00FD65B6">
      <w:pPr>
        <w:spacing w:after="0" w:line="240" w:lineRule="auto"/>
      </w:pPr>
    </w:p>
    <w:p w:rsidR="00813DDC" w:rsidRDefault="00813DDC">
      <w:pPr>
        <w:spacing w:after="0" w:line="240" w:lineRule="auto"/>
        <w:jc w:val="center"/>
        <w:rPr>
          <w:sz w:val="24"/>
        </w:rPr>
      </w:pPr>
    </w:p>
    <w:p w:rsidR="00813DDC" w:rsidRDefault="00813DDC">
      <w:pPr>
        <w:spacing w:after="0" w:line="240" w:lineRule="auto"/>
        <w:jc w:val="center"/>
        <w:rPr>
          <w:sz w:val="24"/>
        </w:rPr>
      </w:pPr>
    </w:p>
    <w:p w:rsidR="00813DDC" w:rsidRDefault="00813DDC">
      <w:pPr>
        <w:spacing w:after="0" w:line="240" w:lineRule="auto"/>
        <w:jc w:val="center"/>
        <w:rPr>
          <w:sz w:val="24"/>
        </w:rPr>
      </w:pPr>
    </w:p>
    <w:p w:rsidR="00FD65B6" w:rsidRPr="00813DDC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813DDC">
        <w:rPr>
          <w:b/>
          <w:bCs/>
          <w:sz w:val="28"/>
          <w:szCs w:val="28"/>
        </w:rPr>
        <w:t>Съобщение</w:t>
      </w:r>
      <w:proofErr w:type="spellEnd"/>
      <w:r w:rsidRPr="00813DDC">
        <w:rPr>
          <w:b/>
          <w:bCs/>
          <w:sz w:val="28"/>
          <w:szCs w:val="28"/>
        </w:rPr>
        <w:t xml:space="preserve"> </w:t>
      </w:r>
      <w:proofErr w:type="spellStart"/>
      <w:r w:rsidRPr="00813DDC">
        <w:rPr>
          <w:b/>
          <w:bCs/>
          <w:sz w:val="28"/>
          <w:szCs w:val="28"/>
        </w:rPr>
        <w:t>за</w:t>
      </w:r>
      <w:proofErr w:type="spellEnd"/>
      <w:r w:rsidRPr="00813DDC">
        <w:rPr>
          <w:b/>
          <w:bCs/>
          <w:sz w:val="28"/>
          <w:szCs w:val="28"/>
        </w:rPr>
        <w:t xml:space="preserve"> </w:t>
      </w:r>
      <w:proofErr w:type="spellStart"/>
      <w:r w:rsidRPr="00813DDC">
        <w:rPr>
          <w:b/>
          <w:bCs/>
          <w:sz w:val="28"/>
          <w:szCs w:val="28"/>
        </w:rPr>
        <w:t>увеличение</w:t>
      </w:r>
      <w:proofErr w:type="spellEnd"/>
      <w:r w:rsidRPr="00813DDC">
        <w:rPr>
          <w:b/>
          <w:bCs/>
          <w:sz w:val="28"/>
          <w:szCs w:val="28"/>
        </w:rPr>
        <w:t xml:space="preserve"> </w:t>
      </w:r>
      <w:proofErr w:type="spellStart"/>
      <w:r w:rsidRPr="00813DDC">
        <w:rPr>
          <w:b/>
          <w:bCs/>
          <w:sz w:val="28"/>
          <w:szCs w:val="28"/>
        </w:rPr>
        <w:t>на</w:t>
      </w:r>
      <w:proofErr w:type="spellEnd"/>
      <w:r w:rsidRPr="00813DDC">
        <w:rPr>
          <w:b/>
          <w:bCs/>
          <w:sz w:val="28"/>
          <w:szCs w:val="28"/>
        </w:rPr>
        <w:t xml:space="preserve"> </w:t>
      </w:r>
      <w:proofErr w:type="spellStart"/>
      <w:r w:rsidRPr="00813DDC">
        <w:rPr>
          <w:b/>
          <w:bCs/>
          <w:sz w:val="28"/>
          <w:szCs w:val="28"/>
        </w:rPr>
        <w:t>наема</w:t>
      </w:r>
      <w:proofErr w:type="spellEnd"/>
    </w:p>
    <w:p w:rsidR="00813DDC" w:rsidRDefault="00813DDC">
      <w:pPr>
        <w:spacing w:after="0" w:line="240" w:lineRule="auto"/>
        <w:jc w:val="center"/>
        <w:rPr>
          <w:sz w:val="24"/>
        </w:rPr>
      </w:pPr>
    </w:p>
    <w:p w:rsidR="00813DDC" w:rsidRDefault="00813DDC">
      <w:pPr>
        <w:spacing w:after="0" w:line="240" w:lineRule="auto"/>
        <w:jc w:val="center"/>
      </w:pPr>
    </w:p>
    <w:p w:rsidR="00FD65B6" w:rsidRDefault="00FD65B6">
      <w:pPr>
        <w:spacing w:after="0" w:line="240" w:lineRule="auto"/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>Дата: [дата]</w:t>
      </w:r>
    </w:p>
    <w:p w:rsidR="00FD65B6" w:rsidRPr="00813DDC" w:rsidRDefault="00FD65B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813DDC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],</w:t>
      </w: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 xml:space="preserve">С настоящото Ви уведомявам, че считано от [дата], месечният наем за имота, находящ се на адрес: [адрес на имота], ще бъде увеличен от [досегашна сума] лв.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нова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сума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]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лв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.</w:t>
      </w: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 xml:space="preserve">Увеличението се извършва съгласно клаузата за индексация/преоценка в Договора за наем, подписан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договора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].</w:t>
      </w: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 xml:space="preserve">Моля да продължите плащанията по новия размер,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считано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посочената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.</w:t>
      </w:r>
    </w:p>
    <w:p w:rsidR="00FD65B6" w:rsidRPr="00813DDC" w:rsidRDefault="00FD65B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13DDC" w:rsidRPr="00813DDC" w:rsidRDefault="00813D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813DDC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813DDC">
        <w:rPr>
          <w:rFonts w:asciiTheme="majorHAnsi" w:hAnsiTheme="majorHAnsi" w:cstheme="majorHAnsi"/>
          <w:sz w:val="18"/>
          <w:szCs w:val="18"/>
        </w:rPr>
        <w:t>,</w:t>
      </w:r>
    </w:p>
    <w:p w:rsidR="00FD65B6" w:rsidRPr="00813D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813DDC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FD65B6" w:rsidRPr="00813D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8482657">
    <w:abstractNumId w:val="8"/>
  </w:num>
  <w:num w:numId="2" w16cid:durableId="1480348056">
    <w:abstractNumId w:val="6"/>
  </w:num>
  <w:num w:numId="3" w16cid:durableId="995496252">
    <w:abstractNumId w:val="5"/>
  </w:num>
  <w:num w:numId="4" w16cid:durableId="1436092662">
    <w:abstractNumId w:val="4"/>
  </w:num>
  <w:num w:numId="5" w16cid:durableId="589462139">
    <w:abstractNumId w:val="7"/>
  </w:num>
  <w:num w:numId="6" w16cid:durableId="1956642839">
    <w:abstractNumId w:val="3"/>
  </w:num>
  <w:num w:numId="7" w16cid:durableId="484055098">
    <w:abstractNumId w:val="2"/>
  </w:num>
  <w:num w:numId="8" w16cid:durableId="1600020120">
    <w:abstractNumId w:val="1"/>
  </w:num>
  <w:num w:numId="9" w16cid:durableId="89516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13DDC"/>
    <w:rsid w:val="00AA1D8D"/>
    <w:rsid w:val="00B47730"/>
    <w:rsid w:val="00CB0664"/>
    <w:rsid w:val="00FC693F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49628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2025-06-19T17:30:00Z</dcterms:created>
  <dcterms:modified xsi:type="dcterms:W3CDTF">2025-06-19T17:30:00Z</dcterms:modified>
  <cp:category/>
</cp:coreProperties>
</file>