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CA713E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CA713E" w:rsidRPr="00CA713E">
        <w:rPr>
          <w:rFonts w:asciiTheme="majorHAnsi" w:hAnsiTheme="majorHAnsi" w:cstheme="majorHAnsi"/>
          <w:sz w:val="18"/>
          <w:szCs w:val="18"/>
        </w:rPr>
        <w:t xml:space="preserve"> </w:t>
      </w:r>
      <w:r w:rsidRPr="00CA713E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>]</w:t>
      </w:r>
    </w:p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A713E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E40E18" w:rsidRPr="00CA713E" w:rsidRDefault="00E40E18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 w:rsidP="00CA713E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 w:rsidP="00CA713E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 w:rsidP="00CA713E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E40E18" w:rsidRPr="00CA713E" w:rsidRDefault="00000000" w:rsidP="00CA713E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CA713E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CA713E" w:rsidRPr="00CA713E">
        <w:rPr>
          <w:rFonts w:asciiTheme="majorHAnsi" w:hAnsiTheme="majorHAnsi" w:cstheme="majorHAnsi"/>
          <w:sz w:val="18"/>
          <w:szCs w:val="18"/>
        </w:rPr>
        <w:t xml:space="preserve"> </w:t>
      </w:r>
      <w:r w:rsidRPr="00CA713E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>]</w:t>
      </w:r>
    </w:p>
    <w:p w:rsidR="00E40E18" w:rsidRPr="00CA713E" w:rsidRDefault="00000000" w:rsidP="00CA713E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CA713E">
        <w:rPr>
          <w:rFonts w:asciiTheme="majorHAnsi" w:hAnsiTheme="majorHAnsi" w:cstheme="majorHAnsi"/>
          <w:sz w:val="18"/>
          <w:szCs w:val="18"/>
        </w:rPr>
        <w:t>[Адрес]</w:t>
      </w:r>
    </w:p>
    <w:p w:rsidR="00E40E18" w:rsidRDefault="00E40E18">
      <w:pPr>
        <w:spacing w:after="0" w:line="240" w:lineRule="auto"/>
      </w:pPr>
    </w:p>
    <w:p w:rsidR="00CA713E" w:rsidRDefault="00CA713E">
      <w:pPr>
        <w:spacing w:after="0" w:line="240" w:lineRule="auto"/>
        <w:jc w:val="center"/>
        <w:rPr>
          <w:sz w:val="24"/>
        </w:rPr>
      </w:pPr>
    </w:p>
    <w:p w:rsidR="00CA713E" w:rsidRDefault="00CA713E">
      <w:pPr>
        <w:spacing w:after="0" w:line="240" w:lineRule="auto"/>
        <w:jc w:val="center"/>
        <w:rPr>
          <w:sz w:val="24"/>
        </w:rPr>
      </w:pPr>
    </w:p>
    <w:p w:rsidR="00CA713E" w:rsidRDefault="00CA713E">
      <w:pPr>
        <w:spacing w:after="0" w:line="240" w:lineRule="auto"/>
        <w:jc w:val="center"/>
        <w:rPr>
          <w:sz w:val="24"/>
        </w:rPr>
      </w:pPr>
    </w:p>
    <w:p w:rsidR="00E40E18" w:rsidRPr="00CA713E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CA713E">
        <w:rPr>
          <w:b/>
          <w:bCs/>
          <w:sz w:val="28"/>
          <w:szCs w:val="28"/>
        </w:rPr>
        <w:t>Разписка</w:t>
      </w:r>
      <w:proofErr w:type="spellEnd"/>
      <w:r w:rsidRPr="00CA713E">
        <w:rPr>
          <w:b/>
          <w:bCs/>
          <w:sz w:val="28"/>
          <w:szCs w:val="28"/>
        </w:rPr>
        <w:t xml:space="preserve"> </w:t>
      </w:r>
      <w:proofErr w:type="spellStart"/>
      <w:r w:rsidRPr="00CA713E">
        <w:rPr>
          <w:b/>
          <w:bCs/>
          <w:sz w:val="28"/>
          <w:szCs w:val="28"/>
        </w:rPr>
        <w:t>за</w:t>
      </w:r>
      <w:proofErr w:type="spellEnd"/>
      <w:r w:rsidRPr="00CA713E">
        <w:rPr>
          <w:b/>
          <w:bCs/>
          <w:sz w:val="28"/>
          <w:szCs w:val="28"/>
        </w:rPr>
        <w:t xml:space="preserve"> </w:t>
      </w:r>
      <w:proofErr w:type="spellStart"/>
      <w:r w:rsidRPr="00CA713E">
        <w:rPr>
          <w:b/>
          <w:bCs/>
          <w:sz w:val="28"/>
          <w:szCs w:val="28"/>
        </w:rPr>
        <w:t>платен</w:t>
      </w:r>
      <w:proofErr w:type="spellEnd"/>
      <w:r w:rsidRPr="00CA713E">
        <w:rPr>
          <w:b/>
          <w:bCs/>
          <w:sz w:val="28"/>
          <w:szCs w:val="28"/>
        </w:rPr>
        <w:t xml:space="preserve"> </w:t>
      </w:r>
      <w:proofErr w:type="spellStart"/>
      <w:r w:rsidRPr="00CA713E">
        <w:rPr>
          <w:b/>
          <w:bCs/>
          <w:sz w:val="28"/>
          <w:szCs w:val="28"/>
        </w:rPr>
        <w:t>наем</w:t>
      </w:r>
      <w:proofErr w:type="spellEnd"/>
    </w:p>
    <w:p w:rsidR="00E40E18" w:rsidRDefault="00E40E18">
      <w:pPr>
        <w:spacing w:after="0" w:line="240" w:lineRule="auto"/>
      </w:pPr>
    </w:p>
    <w:p w:rsidR="00CA713E" w:rsidRDefault="00CA713E">
      <w:pPr>
        <w:spacing w:after="0" w:line="240" w:lineRule="auto"/>
        <w:rPr>
          <w:sz w:val="24"/>
        </w:rPr>
      </w:pPr>
    </w:p>
    <w:p w:rsidR="00CA713E" w:rsidRDefault="00CA713E">
      <w:pPr>
        <w:spacing w:after="0" w:line="240" w:lineRule="auto"/>
        <w:rPr>
          <w:sz w:val="24"/>
        </w:rPr>
      </w:pPr>
    </w:p>
    <w:p w:rsid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>]</w:t>
      </w:r>
    </w:p>
    <w:p w:rsidR="00E40E18" w:rsidRPr="00CA713E" w:rsidRDefault="00E40E18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CA713E">
        <w:rPr>
          <w:rFonts w:asciiTheme="majorHAnsi" w:hAnsiTheme="majorHAnsi" w:cstheme="majorHAnsi"/>
          <w:sz w:val="18"/>
          <w:szCs w:val="18"/>
        </w:rPr>
        <w:t>Разписвам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се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че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получих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 xml:space="preserve"> [име на наемателя] сумата от [сума] лева (словом: [словом]) като наем за периода [период], съгласно договора за наем на имот, находящ се на адрес: [адрес на имота].</w:t>
      </w:r>
    </w:p>
    <w:p w:rsidR="00E40E18" w:rsidRPr="00CA713E" w:rsidRDefault="00E40E18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P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CA713E" w:rsidRDefault="00CA713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A713E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CA713E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CA713E">
        <w:rPr>
          <w:rFonts w:asciiTheme="majorHAnsi" w:hAnsiTheme="majorHAnsi" w:cstheme="majorHAnsi"/>
          <w:sz w:val="18"/>
          <w:szCs w:val="18"/>
        </w:rPr>
        <w:t>,</w:t>
      </w:r>
    </w:p>
    <w:p w:rsidR="00E40E18" w:rsidRPr="00CA713E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A713E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E40E18" w:rsidRPr="00CA713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2848059">
    <w:abstractNumId w:val="8"/>
  </w:num>
  <w:num w:numId="2" w16cid:durableId="760836949">
    <w:abstractNumId w:val="6"/>
  </w:num>
  <w:num w:numId="3" w16cid:durableId="413363075">
    <w:abstractNumId w:val="5"/>
  </w:num>
  <w:num w:numId="4" w16cid:durableId="595286933">
    <w:abstractNumId w:val="4"/>
  </w:num>
  <w:num w:numId="5" w16cid:durableId="377319967">
    <w:abstractNumId w:val="7"/>
  </w:num>
  <w:num w:numId="6" w16cid:durableId="1303072397">
    <w:abstractNumId w:val="3"/>
  </w:num>
  <w:num w:numId="7" w16cid:durableId="359429430">
    <w:abstractNumId w:val="2"/>
  </w:num>
  <w:num w:numId="8" w16cid:durableId="1424836723">
    <w:abstractNumId w:val="1"/>
  </w:num>
  <w:num w:numId="9" w16cid:durableId="1785617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A713E"/>
    <w:rsid w:val="00CB0664"/>
    <w:rsid w:val="00E40E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5FAC3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2025-06-19T16:41:00Z</dcterms:created>
  <dcterms:modified xsi:type="dcterms:W3CDTF">2025-06-19T16:41:00Z</dcterms:modified>
  <cp:category/>
</cp:coreProperties>
</file>