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5735DD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5735DD" w:rsidRPr="005735DD">
        <w:rPr>
          <w:rFonts w:asciiTheme="majorHAnsi" w:hAnsiTheme="majorHAnsi" w:cstheme="majorHAnsi"/>
          <w:sz w:val="18"/>
          <w:szCs w:val="18"/>
        </w:rPr>
        <w:t xml:space="preserve"> </w:t>
      </w:r>
      <w:r w:rsidRPr="005735DD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]</w:t>
      </w:r>
    </w:p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5735DD">
        <w:rPr>
          <w:rFonts w:asciiTheme="majorHAnsi" w:hAnsiTheme="majorHAnsi" w:cstheme="majorHAnsi"/>
          <w:sz w:val="18"/>
          <w:szCs w:val="18"/>
        </w:rPr>
        <w:t>[Адрес за кореспонденция / телефон / имейл]</w:t>
      </w:r>
    </w:p>
    <w:p w:rsidR="00904F9B" w:rsidRPr="005735DD" w:rsidRDefault="00904F9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Pr="005735DD" w:rsidRDefault="005735DD" w:rsidP="005735D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5735DD" w:rsidRPr="005735DD" w:rsidRDefault="005735DD" w:rsidP="005735D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904F9B" w:rsidRPr="005735DD" w:rsidRDefault="00000000" w:rsidP="005735D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5735DD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5735DD" w:rsidRPr="005735DD">
        <w:rPr>
          <w:rFonts w:asciiTheme="majorHAnsi" w:hAnsiTheme="majorHAnsi" w:cstheme="majorHAnsi"/>
          <w:sz w:val="18"/>
          <w:szCs w:val="18"/>
        </w:rPr>
        <w:t xml:space="preserve"> </w:t>
      </w:r>
      <w:r w:rsidRPr="005735DD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]</w:t>
      </w:r>
    </w:p>
    <w:p w:rsidR="00904F9B" w:rsidRPr="005735DD" w:rsidRDefault="00000000" w:rsidP="005735D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5735DD">
        <w:rPr>
          <w:rFonts w:asciiTheme="majorHAnsi" w:hAnsiTheme="majorHAnsi" w:cstheme="majorHAnsi"/>
          <w:sz w:val="18"/>
          <w:szCs w:val="18"/>
        </w:rPr>
        <w:t>[Адрес]</w:t>
      </w:r>
    </w:p>
    <w:p w:rsidR="00904F9B" w:rsidRDefault="00904F9B">
      <w:pPr>
        <w:spacing w:after="0" w:line="240" w:lineRule="auto"/>
      </w:pPr>
    </w:p>
    <w:p w:rsidR="005735DD" w:rsidRDefault="005735DD">
      <w:pPr>
        <w:spacing w:after="0" w:line="240" w:lineRule="auto"/>
        <w:jc w:val="center"/>
        <w:rPr>
          <w:sz w:val="24"/>
        </w:rPr>
      </w:pPr>
    </w:p>
    <w:p w:rsidR="005735DD" w:rsidRDefault="005735DD">
      <w:pPr>
        <w:spacing w:after="0" w:line="240" w:lineRule="auto"/>
        <w:jc w:val="center"/>
        <w:rPr>
          <w:sz w:val="24"/>
        </w:rPr>
      </w:pPr>
    </w:p>
    <w:p w:rsidR="005735DD" w:rsidRDefault="005735DD">
      <w:pPr>
        <w:spacing w:after="0" w:line="240" w:lineRule="auto"/>
        <w:jc w:val="center"/>
        <w:rPr>
          <w:sz w:val="24"/>
        </w:rPr>
      </w:pPr>
    </w:p>
    <w:p w:rsidR="005735DD" w:rsidRDefault="005735DD">
      <w:pPr>
        <w:spacing w:after="0" w:line="240" w:lineRule="auto"/>
        <w:jc w:val="center"/>
        <w:rPr>
          <w:sz w:val="24"/>
        </w:rPr>
      </w:pPr>
    </w:p>
    <w:p w:rsidR="00904F9B" w:rsidRPr="005735DD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5735DD">
        <w:rPr>
          <w:b/>
          <w:bCs/>
          <w:sz w:val="28"/>
          <w:szCs w:val="28"/>
        </w:rPr>
        <w:t>Разписка</w:t>
      </w:r>
      <w:proofErr w:type="spellEnd"/>
      <w:r w:rsidRPr="005735DD">
        <w:rPr>
          <w:b/>
          <w:bCs/>
          <w:sz w:val="28"/>
          <w:szCs w:val="28"/>
        </w:rPr>
        <w:t xml:space="preserve"> </w:t>
      </w:r>
      <w:proofErr w:type="spellStart"/>
      <w:r w:rsidRPr="005735DD">
        <w:rPr>
          <w:b/>
          <w:bCs/>
          <w:sz w:val="28"/>
          <w:szCs w:val="28"/>
        </w:rPr>
        <w:t>за</w:t>
      </w:r>
      <w:proofErr w:type="spellEnd"/>
      <w:r w:rsidRPr="005735DD">
        <w:rPr>
          <w:b/>
          <w:bCs/>
          <w:sz w:val="28"/>
          <w:szCs w:val="28"/>
        </w:rPr>
        <w:t xml:space="preserve"> </w:t>
      </w:r>
      <w:proofErr w:type="spellStart"/>
      <w:r w:rsidRPr="005735DD">
        <w:rPr>
          <w:b/>
          <w:bCs/>
          <w:sz w:val="28"/>
          <w:szCs w:val="28"/>
        </w:rPr>
        <w:t>получен</w:t>
      </w:r>
      <w:proofErr w:type="spellEnd"/>
      <w:r w:rsidRPr="005735DD">
        <w:rPr>
          <w:b/>
          <w:bCs/>
          <w:sz w:val="28"/>
          <w:szCs w:val="28"/>
        </w:rPr>
        <w:t xml:space="preserve"> </w:t>
      </w:r>
      <w:proofErr w:type="spellStart"/>
      <w:r w:rsidRPr="005735DD">
        <w:rPr>
          <w:b/>
          <w:bCs/>
          <w:sz w:val="28"/>
          <w:szCs w:val="28"/>
        </w:rPr>
        <w:t>депозит</w:t>
      </w:r>
      <w:proofErr w:type="spellEnd"/>
    </w:p>
    <w:p w:rsidR="00904F9B" w:rsidRDefault="00904F9B">
      <w:pPr>
        <w:spacing w:after="0" w:line="240" w:lineRule="auto"/>
      </w:pPr>
    </w:p>
    <w:p w:rsidR="005735DD" w:rsidRDefault="005735DD">
      <w:pPr>
        <w:spacing w:after="0" w:line="240" w:lineRule="auto"/>
        <w:rPr>
          <w:sz w:val="24"/>
        </w:rPr>
      </w:pPr>
    </w:p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]</w:t>
      </w:r>
    </w:p>
    <w:p w:rsidR="00904F9B" w:rsidRPr="005735DD" w:rsidRDefault="00904F9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Разписвам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се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че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получих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[име на наемателя] сумата от [сума] лева (словом: [словом]) като депозит по договор за наем, касаещ имота на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имота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].</w:t>
      </w:r>
    </w:p>
    <w:p w:rsidR="005735DD" w:rsidRP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Сумата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ще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бъде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възстановена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при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освобождаване на имота и след оглед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съгласно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условията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договора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.</w:t>
      </w:r>
    </w:p>
    <w:p w:rsidR="005735DD" w:rsidRP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P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P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04F9B" w:rsidRPr="005735DD" w:rsidRDefault="00904F9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735DD" w:rsidRDefault="005735D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5735DD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5735DD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5735DD">
        <w:rPr>
          <w:rFonts w:asciiTheme="majorHAnsi" w:hAnsiTheme="majorHAnsi" w:cstheme="majorHAnsi"/>
          <w:sz w:val="18"/>
          <w:szCs w:val="18"/>
        </w:rPr>
        <w:t>,</w:t>
      </w:r>
    </w:p>
    <w:p w:rsidR="00904F9B" w:rsidRPr="005735D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5735DD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904F9B" w:rsidRPr="005735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628172">
    <w:abstractNumId w:val="8"/>
  </w:num>
  <w:num w:numId="2" w16cid:durableId="941961505">
    <w:abstractNumId w:val="6"/>
  </w:num>
  <w:num w:numId="3" w16cid:durableId="1349864557">
    <w:abstractNumId w:val="5"/>
  </w:num>
  <w:num w:numId="4" w16cid:durableId="2060131971">
    <w:abstractNumId w:val="4"/>
  </w:num>
  <w:num w:numId="5" w16cid:durableId="1527789134">
    <w:abstractNumId w:val="7"/>
  </w:num>
  <w:num w:numId="6" w16cid:durableId="1991052546">
    <w:abstractNumId w:val="3"/>
  </w:num>
  <w:num w:numId="7" w16cid:durableId="839152572">
    <w:abstractNumId w:val="2"/>
  </w:num>
  <w:num w:numId="8" w16cid:durableId="1354727287">
    <w:abstractNumId w:val="1"/>
  </w:num>
  <w:num w:numId="9" w16cid:durableId="126576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35DD"/>
    <w:rsid w:val="00904F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086E2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2025-06-19T16:39:00Z</dcterms:created>
  <dcterms:modified xsi:type="dcterms:W3CDTF">2025-06-19T16:39:00Z</dcterms:modified>
  <cp:category/>
</cp:coreProperties>
</file>