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601D2" w14:textId="77777777" w:rsidR="00EE3D88" w:rsidRDefault="00000000">
      <w:pPr>
        <w:spacing w:after="0" w:line="240" w:lineRule="auto"/>
      </w:pPr>
      <w:proofErr w:type="spellStart"/>
      <w:proofErr w:type="gramStart"/>
      <w:r>
        <w:rPr>
          <w:sz w:val="24"/>
        </w:rPr>
        <w:t>От</w:t>
      </w:r>
      <w:proofErr w:type="spellEnd"/>
      <w:r>
        <w:rPr>
          <w:sz w:val="24"/>
        </w:rPr>
        <w:t xml:space="preserve"> :</w:t>
      </w:r>
      <w:proofErr w:type="gramEnd"/>
      <w:r w:rsidR="002C5F1A">
        <w:t xml:space="preserve"> </w:t>
      </w:r>
      <w:r>
        <w:rPr>
          <w:sz w:val="24"/>
        </w:rPr>
        <w:t>[</w:t>
      </w:r>
      <w:proofErr w:type="spellStart"/>
      <w:r>
        <w:rPr>
          <w:sz w:val="24"/>
        </w:rPr>
        <w:t>Име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наемодателя</w:t>
      </w:r>
      <w:proofErr w:type="spellEnd"/>
      <w:r>
        <w:rPr>
          <w:sz w:val="24"/>
        </w:rPr>
        <w:t>]</w:t>
      </w:r>
    </w:p>
    <w:p w14:paraId="40C0ADDB" w14:textId="77777777" w:rsidR="00EE3D88" w:rsidRDefault="00000000">
      <w:pPr>
        <w:spacing w:after="0" w:line="240" w:lineRule="auto"/>
      </w:pPr>
      <w:r>
        <w:rPr>
          <w:sz w:val="24"/>
        </w:rPr>
        <w:t>[Адрес за кореспонденция / телефон / имейл]</w:t>
      </w:r>
    </w:p>
    <w:p w14:paraId="3ADA78DC" w14:textId="77777777" w:rsidR="00EE3D88" w:rsidRDefault="00EE3D88">
      <w:pPr>
        <w:spacing w:after="0" w:line="240" w:lineRule="auto"/>
      </w:pPr>
    </w:p>
    <w:p w14:paraId="6A5B62A4" w14:textId="77777777" w:rsidR="002C5F1A" w:rsidRDefault="002C5F1A" w:rsidP="002C5F1A">
      <w:pPr>
        <w:spacing w:after="0" w:line="240" w:lineRule="auto"/>
        <w:jc w:val="right"/>
        <w:rPr>
          <w:sz w:val="24"/>
        </w:rPr>
      </w:pPr>
    </w:p>
    <w:p w14:paraId="4EE41BCC" w14:textId="77777777" w:rsidR="002C5F1A" w:rsidRDefault="002C5F1A" w:rsidP="002C5F1A">
      <w:pPr>
        <w:spacing w:after="0" w:line="240" w:lineRule="auto"/>
        <w:jc w:val="right"/>
        <w:rPr>
          <w:sz w:val="24"/>
        </w:rPr>
      </w:pPr>
    </w:p>
    <w:p w14:paraId="200B425E" w14:textId="77777777" w:rsidR="002C5F1A" w:rsidRDefault="002C5F1A" w:rsidP="002C5F1A">
      <w:pPr>
        <w:spacing w:after="0" w:line="240" w:lineRule="auto"/>
        <w:jc w:val="right"/>
        <w:rPr>
          <w:sz w:val="24"/>
        </w:rPr>
      </w:pPr>
    </w:p>
    <w:p w14:paraId="6AFDE125" w14:textId="77777777" w:rsidR="002C5F1A" w:rsidRDefault="002C5F1A" w:rsidP="002C5F1A">
      <w:pPr>
        <w:spacing w:after="0" w:line="240" w:lineRule="auto"/>
        <w:jc w:val="right"/>
        <w:rPr>
          <w:sz w:val="24"/>
        </w:rPr>
      </w:pPr>
    </w:p>
    <w:p w14:paraId="28B32FD8" w14:textId="77777777" w:rsidR="00EE3D88" w:rsidRDefault="00000000" w:rsidP="002C5F1A">
      <w:pPr>
        <w:spacing w:after="0" w:line="240" w:lineRule="auto"/>
        <w:jc w:val="right"/>
      </w:pPr>
      <w:proofErr w:type="spellStart"/>
      <w:proofErr w:type="gramStart"/>
      <w:r>
        <w:rPr>
          <w:sz w:val="24"/>
        </w:rPr>
        <w:t>До</w:t>
      </w:r>
      <w:proofErr w:type="spellEnd"/>
      <w:r>
        <w:rPr>
          <w:sz w:val="24"/>
        </w:rPr>
        <w:t xml:space="preserve"> :</w:t>
      </w:r>
      <w:proofErr w:type="gramEnd"/>
      <w:r w:rsidR="002C5F1A">
        <w:t xml:space="preserve"> </w:t>
      </w:r>
      <w:r>
        <w:rPr>
          <w:sz w:val="24"/>
        </w:rPr>
        <w:t>[</w:t>
      </w:r>
      <w:proofErr w:type="spellStart"/>
      <w:r>
        <w:rPr>
          <w:sz w:val="24"/>
        </w:rPr>
        <w:t>Име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наемателя</w:t>
      </w:r>
      <w:proofErr w:type="spellEnd"/>
      <w:r>
        <w:rPr>
          <w:sz w:val="24"/>
        </w:rPr>
        <w:t>]</w:t>
      </w:r>
    </w:p>
    <w:p w14:paraId="7D3F3E6B" w14:textId="77777777" w:rsidR="00EE3D88" w:rsidRDefault="00000000" w:rsidP="002C5F1A">
      <w:pPr>
        <w:spacing w:after="0" w:line="240" w:lineRule="auto"/>
        <w:jc w:val="right"/>
      </w:pPr>
      <w:r>
        <w:rPr>
          <w:sz w:val="24"/>
        </w:rPr>
        <w:t>[Адрес]</w:t>
      </w:r>
    </w:p>
    <w:p w14:paraId="7E4A7D9D" w14:textId="77777777" w:rsidR="00EE3D88" w:rsidRDefault="00EE3D88">
      <w:pPr>
        <w:spacing w:after="0" w:line="240" w:lineRule="auto"/>
      </w:pPr>
    </w:p>
    <w:p w14:paraId="0AC1DBB6" w14:textId="77777777" w:rsidR="002C5F1A" w:rsidRDefault="002C5F1A">
      <w:pPr>
        <w:spacing w:after="0" w:line="240" w:lineRule="auto"/>
        <w:jc w:val="center"/>
        <w:rPr>
          <w:sz w:val="24"/>
        </w:rPr>
      </w:pPr>
    </w:p>
    <w:p w14:paraId="4A168958" w14:textId="77777777" w:rsidR="002C5F1A" w:rsidRDefault="002C5F1A">
      <w:pPr>
        <w:spacing w:after="0" w:line="240" w:lineRule="auto"/>
        <w:jc w:val="center"/>
        <w:rPr>
          <w:sz w:val="24"/>
        </w:rPr>
      </w:pPr>
    </w:p>
    <w:p w14:paraId="5D9FBF99" w14:textId="77777777" w:rsidR="002C5F1A" w:rsidRDefault="002C5F1A">
      <w:pPr>
        <w:spacing w:after="0" w:line="240" w:lineRule="auto"/>
        <w:jc w:val="center"/>
        <w:rPr>
          <w:sz w:val="24"/>
        </w:rPr>
      </w:pPr>
    </w:p>
    <w:p w14:paraId="54862720" w14:textId="77777777" w:rsidR="002C5F1A" w:rsidRDefault="002C5F1A">
      <w:pPr>
        <w:spacing w:after="0" w:line="240" w:lineRule="auto"/>
        <w:jc w:val="center"/>
        <w:rPr>
          <w:sz w:val="24"/>
        </w:rPr>
      </w:pPr>
    </w:p>
    <w:p w14:paraId="3997C899" w14:textId="00575041" w:rsidR="00EE3D88" w:rsidRPr="00CD0512" w:rsidRDefault="00CD0512" w:rsidP="00CD0512">
      <w:pPr>
        <w:spacing w:after="0" w:line="240" w:lineRule="auto"/>
        <w:jc w:val="center"/>
        <w:rPr>
          <w:b/>
          <w:bCs/>
          <w:sz w:val="28"/>
          <w:szCs w:val="28"/>
          <w:lang w:val="en-FR"/>
        </w:rPr>
      </w:pPr>
      <w:r w:rsidRPr="00CD0512">
        <w:rPr>
          <w:b/>
          <w:bCs/>
          <w:sz w:val="28"/>
          <w:szCs w:val="28"/>
          <w:lang w:val="en-FR"/>
        </w:rPr>
        <w:t>Предизвестие за прекратяване на наем</w:t>
      </w:r>
    </w:p>
    <w:p w14:paraId="0EF7647C" w14:textId="77777777" w:rsidR="00EE3D88" w:rsidRDefault="00EE3D88">
      <w:pPr>
        <w:spacing w:after="0" w:line="240" w:lineRule="auto"/>
      </w:pPr>
    </w:p>
    <w:p w14:paraId="43D6A6CA" w14:textId="77777777" w:rsidR="002C5F1A" w:rsidRDefault="002C5F1A">
      <w:pPr>
        <w:spacing w:after="0" w:line="240" w:lineRule="auto"/>
        <w:rPr>
          <w:sz w:val="24"/>
        </w:rPr>
      </w:pPr>
    </w:p>
    <w:p w14:paraId="1CC960A3" w14:textId="77777777" w:rsidR="00EE3D88" w:rsidRDefault="00000000">
      <w:pPr>
        <w:spacing w:after="0" w:line="240" w:lineRule="auto"/>
      </w:pPr>
      <w:proofErr w:type="spellStart"/>
      <w:r>
        <w:rPr>
          <w:sz w:val="24"/>
        </w:rPr>
        <w:t>Дата</w:t>
      </w:r>
      <w:proofErr w:type="spellEnd"/>
      <w:r>
        <w:rPr>
          <w:sz w:val="24"/>
        </w:rPr>
        <w:t>: [</w:t>
      </w:r>
      <w:proofErr w:type="spellStart"/>
      <w:r>
        <w:rPr>
          <w:sz w:val="24"/>
        </w:rPr>
        <w:t>дата</w:t>
      </w:r>
      <w:proofErr w:type="spellEnd"/>
      <w:r>
        <w:rPr>
          <w:sz w:val="24"/>
        </w:rPr>
        <w:t>]</w:t>
      </w:r>
    </w:p>
    <w:p w14:paraId="748D0B1A" w14:textId="77777777" w:rsidR="00EE3D88" w:rsidRDefault="00EE3D88">
      <w:pPr>
        <w:spacing w:after="0" w:line="240" w:lineRule="auto"/>
      </w:pPr>
    </w:p>
    <w:p w14:paraId="61EFE5FF" w14:textId="77777777" w:rsidR="00EE3D88" w:rsidRDefault="00000000">
      <w:pPr>
        <w:spacing w:after="0" w:line="240" w:lineRule="auto"/>
        <w:rPr>
          <w:sz w:val="24"/>
        </w:rPr>
      </w:pPr>
      <w:proofErr w:type="spellStart"/>
      <w:r>
        <w:rPr>
          <w:sz w:val="24"/>
        </w:rPr>
        <w:t>Уважаеми</w:t>
      </w:r>
      <w:proofErr w:type="spellEnd"/>
      <w:r>
        <w:rPr>
          <w:sz w:val="24"/>
        </w:rPr>
        <w:t>/а [</w:t>
      </w:r>
      <w:proofErr w:type="spellStart"/>
      <w:r>
        <w:rPr>
          <w:sz w:val="24"/>
        </w:rPr>
        <w:t>Име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наемателя</w:t>
      </w:r>
      <w:proofErr w:type="spellEnd"/>
      <w:r>
        <w:rPr>
          <w:sz w:val="24"/>
        </w:rPr>
        <w:t>],</w:t>
      </w:r>
    </w:p>
    <w:p w14:paraId="4B5743B9" w14:textId="77777777" w:rsidR="002C5F1A" w:rsidRDefault="002C5F1A">
      <w:pPr>
        <w:spacing w:after="0" w:line="240" w:lineRule="auto"/>
      </w:pPr>
    </w:p>
    <w:p w14:paraId="056A9541" w14:textId="77777777" w:rsidR="00CD0512" w:rsidRDefault="00CD0512">
      <w:pPr>
        <w:spacing w:after="0" w:line="240" w:lineRule="auto"/>
        <w:rPr>
          <w:sz w:val="24"/>
        </w:rPr>
      </w:pPr>
      <w:r w:rsidRPr="00CD0512">
        <w:rPr>
          <w:sz w:val="24"/>
        </w:rPr>
        <w:t xml:space="preserve">С </w:t>
      </w:r>
      <w:proofErr w:type="spellStart"/>
      <w:r w:rsidRPr="00CD0512">
        <w:rPr>
          <w:sz w:val="24"/>
        </w:rPr>
        <w:t>настоящото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писмо</w:t>
      </w:r>
      <w:proofErr w:type="spellEnd"/>
      <w:r w:rsidRPr="00CD0512">
        <w:rPr>
          <w:sz w:val="24"/>
        </w:rPr>
        <w:t xml:space="preserve">, в </w:t>
      </w:r>
      <w:proofErr w:type="spellStart"/>
      <w:r w:rsidRPr="00CD0512">
        <w:rPr>
          <w:sz w:val="24"/>
        </w:rPr>
        <w:t>качеството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си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наемодател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имота</w:t>
      </w:r>
      <w:proofErr w:type="spellEnd"/>
      <w:r w:rsidRPr="00CD0512">
        <w:rPr>
          <w:sz w:val="24"/>
        </w:rPr>
        <w:t xml:space="preserve">, </w:t>
      </w:r>
      <w:proofErr w:type="spellStart"/>
      <w:r w:rsidRPr="00CD0512">
        <w:rPr>
          <w:sz w:val="24"/>
        </w:rPr>
        <w:t>находящ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се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адрес</w:t>
      </w:r>
      <w:proofErr w:type="spellEnd"/>
      <w:r w:rsidRPr="00CD0512">
        <w:rPr>
          <w:sz w:val="24"/>
        </w:rPr>
        <w:t>: [</w:t>
      </w:r>
      <w:proofErr w:type="spellStart"/>
      <w:r w:rsidRPr="00CD0512">
        <w:rPr>
          <w:sz w:val="24"/>
        </w:rPr>
        <w:t>пълен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адрес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имота</w:t>
      </w:r>
      <w:proofErr w:type="spellEnd"/>
      <w:r w:rsidRPr="00CD0512">
        <w:rPr>
          <w:sz w:val="24"/>
        </w:rPr>
        <w:t xml:space="preserve">], и </w:t>
      </w:r>
      <w:proofErr w:type="spellStart"/>
      <w:r w:rsidRPr="00CD0512">
        <w:rPr>
          <w:sz w:val="24"/>
        </w:rPr>
        <w:t>съгласно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сключения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между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нас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Договор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за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наем</w:t>
      </w:r>
      <w:proofErr w:type="spellEnd"/>
      <w:r w:rsidRPr="00CD0512">
        <w:rPr>
          <w:sz w:val="24"/>
        </w:rPr>
        <w:t xml:space="preserve">, </w:t>
      </w:r>
      <w:proofErr w:type="spellStart"/>
      <w:r w:rsidRPr="00CD0512">
        <w:rPr>
          <w:sz w:val="24"/>
        </w:rPr>
        <w:t>подписан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</w:t>
      </w:r>
      <w:proofErr w:type="spellEnd"/>
      <w:r w:rsidRPr="00CD0512">
        <w:rPr>
          <w:sz w:val="24"/>
        </w:rPr>
        <w:t xml:space="preserve"> [</w:t>
      </w:r>
      <w:proofErr w:type="spellStart"/>
      <w:r w:rsidRPr="00CD0512">
        <w:rPr>
          <w:sz w:val="24"/>
        </w:rPr>
        <w:t>дата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договора</w:t>
      </w:r>
      <w:proofErr w:type="spellEnd"/>
      <w:r w:rsidRPr="00CD0512">
        <w:rPr>
          <w:sz w:val="24"/>
        </w:rPr>
        <w:t xml:space="preserve">], </w:t>
      </w:r>
      <w:proofErr w:type="spellStart"/>
      <w:r w:rsidRPr="00CD0512">
        <w:rPr>
          <w:sz w:val="24"/>
        </w:rPr>
        <w:t>Ви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отправям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предизвестие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за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прекратяване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същия</w:t>
      </w:r>
      <w:proofErr w:type="spellEnd"/>
      <w:r w:rsidRPr="00CD0512">
        <w:rPr>
          <w:sz w:val="24"/>
        </w:rPr>
        <w:t xml:space="preserve">. </w:t>
      </w:r>
    </w:p>
    <w:p w14:paraId="63DE0BD2" w14:textId="77777777" w:rsidR="00CD0512" w:rsidRDefault="00CD0512">
      <w:pPr>
        <w:spacing w:after="0" w:line="240" w:lineRule="auto"/>
        <w:rPr>
          <w:sz w:val="24"/>
        </w:rPr>
      </w:pPr>
    </w:p>
    <w:p w14:paraId="1AB631B3" w14:textId="77777777" w:rsidR="00CD0512" w:rsidRDefault="00CD0512">
      <w:pPr>
        <w:spacing w:after="0" w:line="240" w:lineRule="auto"/>
        <w:rPr>
          <w:sz w:val="24"/>
        </w:rPr>
      </w:pPr>
      <w:proofErr w:type="spellStart"/>
      <w:r w:rsidRPr="00CD0512">
        <w:rPr>
          <w:sz w:val="24"/>
        </w:rPr>
        <w:t>Прекратяването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договора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за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наем</w:t>
      </w:r>
      <w:proofErr w:type="spellEnd"/>
      <w:r w:rsidRPr="00CD0512">
        <w:rPr>
          <w:sz w:val="24"/>
        </w:rPr>
        <w:t xml:space="preserve"> е </w:t>
      </w:r>
      <w:proofErr w:type="spellStart"/>
      <w:r w:rsidRPr="00CD0512">
        <w:rPr>
          <w:sz w:val="24"/>
        </w:rPr>
        <w:t>на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основание</w:t>
      </w:r>
      <w:proofErr w:type="spellEnd"/>
      <w:r w:rsidRPr="00CD0512">
        <w:rPr>
          <w:sz w:val="24"/>
        </w:rPr>
        <w:t xml:space="preserve"> [</w:t>
      </w:r>
      <w:proofErr w:type="spellStart"/>
      <w:r w:rsidRPr="00CD0512">
        <w:rPr>
          <w:sz w:val="24"/>
        </w:rPr>
        <w:t>посочете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член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от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договора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или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законова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разпоредба</w:t>
      </w:r>
      <w:proofErr w:type="spellEnd"/>
      <w:r w:rsidRPr="00CD0512">
        <w:rPr>
          <w:sz w:val="24"/>
        </w:rPr>
        <w:t xml:space="preserve">, </w:t>
      </w:r>
      <w:proofErr w:type="spellStart"/>
      <w:r w:rsidRPr="00CD0512">
        <w:rPr>
          <w:sz w:val="24"/>
        </w:rPr>
        <w:t>например</w:t>
      </w:r>
      <w:proofErr w:type="spellEnd"/>
      <w:r w:rsidRPr="00CD0512">
        <w:rPr>
          <w:sz w:val="24"/>
        </w:rPr>
        <w:t xml:space="preserve">: </w:t>
      </w:r>
      <w:proofErr w:type="spellStart"/>
      <w:r w:rsidRPr="00CD0512">
        <w:rPr>
          <w:sz w:val="24"/>
        </w:rPr>
        <w:t>чл</w:t>
      </w:r>
      <w:proofErr w:type="spellEnd"/>
      <w:r w:rsidRPr="00CD0512">
        <w:rPr>
          <w:sz w:val="24"/>
        </w:rPr>
        <w:t>. [</w:t>
      </w:r>
      <w:proofErr w:type="spellStart"/>
      <w:r w:rsidRPr="00CD0512">
        <w:rPr>
          <w:sz w:val="24"/>
        </w:rPr>
        <w:t>номер</w:t>
      </w:r>
      <w:proofErr w:type="spellEnd"/>
      <w:r w:rsidRPr="00CD0512">
        <w:rPr>
          <w:sz w:val="24"/>
        </w:rPr>
        <w:t xml:space="preserve">] </w:t>
      </w:r>
      <w:proofErr w:type="spellStart"/>
      <w:r w:rsidRPr="00CD0512">
        <w:rPr>
          <w:sz w:val="24"/>
        </w:rPr>
        <w:t>от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Договора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за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наем</w:t>
      </w:r>
      <w:proofErr w:type="spellEnd"/>
      <w:r w:rsidRPr="00CD0512">
        <w:rPr>
          <w:sz w:val="24"/>
        </w:rPr>
        <w:t xml:space="preserve"> / </w:t>
      </w:r>
      <w:proofErr w:type="spellStart"/>
      <w:r w:rsidRPr="00CD0512">
        <w:rPr>
          <w:sz w:val="24"/>
        </w:rPr>
        <w:t>чл</w:t>
      </w:r>
      <w:proofErr w:type="spellEnd"/>
      <w:r w:rsidRPr="00CD0512">
        <w:rPr>
          <w:sz w:val="24"/>
        </w:rPr>
        <w:t xml:space="preserve">. 326 </w:t>
      </w:r>
      <w:proofErr w:type="spellStart"/>
      <w:r w:rsidRPr="00CD0512">
        <w:rPr>
          <w:sz w:val="24"/>
        </w:rPr>
        <w:t>от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Закона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за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задълженията</w:t>
      </w:r>
      <w:proofErr w:type="spellEnd"/>
      <w:r w:rsidRPr="00CD0512">
        <w:rPr>
          <w:sz w:val="24"/>
        </w:rPr>
        <w:t xml:space="preserve"> и </w:t>
      </w:r>
      <w:proofErr w:type="spellStart"/>
      <w:r w:rsidRPr="00CD0512">
        <w:rPr>
          <w:sz w:val="24"/>
        </w:rPr>
        <w:t>договорите</w:t>
      </w:r>
      <w:proofErr w:type="spellEnd"/>
      <w:r w:rsidRPr="00CD0512">
        <w:rPr>
          <w:sz w:val="24"/>
        </w:rPr>
        <w:t xml:space="preserve"> / </w:t>
      </w:r>
      <w:proofErr w:type="spellStart"/>
      <w:r w:rsidRPr="00CD0512">
        <w:rPr>
          <w:sz w:val="24"/>
        </w:rPr>
        <w:t>неизпълнение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задължения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по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договора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като</w:t>
      </w:r>
      <w:proofErr w:type="spellEnd"/>
      <w:r w:rsidRPr="00CD0512">
        <w:rPr>
          <w:sz w:val="24"/>
        </w:rPr>
        <w:t xml:space="preserve"> [</w:t>
      </w:r>
      <w:proofErr w:type="spellStart"/>
      <w:r w:rsidRPr="00CD0512">
        <w:rPr>
          <w:sz w:val="24"/>
        </w:rPr>
        <w:t>посочете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конкретно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неизпълнение</w:t>
      </w:r>
      <w:proofErr w:type="spellEnd"/>
      <w:r w:rsidRPr="00CD0512">
        <w:rPr>
          <w:sz w:val="24"/>
        </w:rPr>
        <w:t xml:space="preserve">, </w:t>
      </w:r>
      <w:proofErr w:type="spellStart"/>
      <w:r w:rsidRPr="00CD0512">
        <w:rPr>
          <w:sz w:val="24"/>
        </w:rPr>
        <w:t>ако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има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такова</w:t>
      </w:r>
      <w:proofErr w:type="spellEnd"/>
      <w:r w:rsidRPr="00CD0512">
        <w:rPr>
          <w:sz w:val="24"/>
        </w:rPr>
        <w:t xml:space="preserve">]]. </w:t>
      </w:r>
    </w:p>
    <w:p w14:paraId="5FB9179F" w14:textId="77777777" w:rsidR="00CD0512" w:rsidRDefault="00CD0512">
      <w:pPr>
        <w:spacing w:after="0" w:line="240" w:lineRule="auto"/>
        <w:rPr>
          <w:sz w:val="24"/>
        </w:rPr>
      </w:pPr>
    </w:p>
    <w:p w14:paraId="628F354D" w14:textId="77777777" w:rsidR="00CD0512" w:rsidRDefault="00CD0512">
      <w:pPr>
        <w:spacing w:after="0" w:line="240" w:lineRule="auto"/>
        <w:rPr>
          <w:sz w:val="24"/>
        </w:rPr>
      </w:pPr>
      <w:proofErr w:type="spellStart"/>
      <w:r w:rsidRPr="00CD0512">
        <w:rPr>
          <w:sz w:val="24"/>
        </w:rPr>
        <w:t>Съгласно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чл</w:t>
      </w:r>
      <w:proofErr w:type="spellEnd"/>
      <w:r w:rsidRPr="00CD0512">
        <w:rPr>
          <w:sz w:val="24"/>
        </w:rPr>
        <w:t>. [</w:t>
      </w:r>
      <w:proofErr w:type="spellStart"/>
      <w:r w:rsidRPr="00CD0512">
        <w:rPr>
          <w:sz w:val="24"/>
        </w:rPr>
        <w:t>номер</w:t>
      </w:r>
      <w:proofErr w:type="spellEnd"/>
      <w:r w:rsidRPr="00CD0512">
        <w:rPr>
          <w:sz w:val="24"/>
        </w:rPr>
        <w:t xml:space="preserve">] </w:t>
      </w:r>
      <w:proofErr w:type="spellStart"/>
      <w:r w:rsidRPr="00CD0512">
        <w:rPr>
          <w:sz w:val="24"/>
        </w:rPr>
        <w:t>от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Договора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за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наем</w:t>
      </w:r>
      <w:proofErr w:type="spellEnd"/>
      <w:r w:rsidRPr="00CD0512">
        <w:rPr>
          <w:sz w:val="24"/>
        </w:rPr>
        <w:t xml:space="preserve"> / </w:t>
      </w:r>
      <w:proofErr w:type="spellStart"/>
      <w:r w:rsidRPr="00CD0512">
        <w:rPr>
          <w:sz w:val="24"/>
        </w:rPr>
        <w:t>действащото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законодателство</w:t>
      </w:r>
      <w:proofErr w:type="spellEnd"/>
      <w:r w:rsidRPr="00CD0512">
        <w:rPr>
          <w:sz w:val="24"/>
        </w:rPr>
        <w:t xml:space="preserve">, </w:t>
      </w:r>
      <w:proofErr w:type="spellStart"/>
      <w:r w:rsidRPr="00CD0512">
        <w:rPr>
          <w:sz w:val="24"/>
        </w:rPr>
        <w:t>срокът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предизвестието</w:t>
      </w:r>
      <w:proofErr w:type="spellEnd"/>
      <w:r w:rsidRPr="00CD0512">
        <w:rPr>
          <w:sz w:val="24"/>
        </w:rPr>
        <w:t xml:space="preserve"> е [</w:t>
      </w:r>
      <w:proofErr w:type="spellStart"/>
      <w:r w:rsidRPr="00CD0512">
        <w:rPr>
          <w:sz w:val="24"/>
        </w:rPr>
        <w:t>брой</w:t>
      </w:r>
      <w:proofErr w:type="spellEnd"/>
      <w:r w:rsidRPr="00CD0512">
        <w:rPr>
          <w:sz w:val="24"/>
        </w:rPr>
        <w:t xml:space="preserve">] </w:t>
      </w:r>
      <w:proofErr w:type="spellStart"/>
      <w:r w:rsidRPr="00CD0512">
        <w:rPr>
          <w:sz w:val="24"/>
        </w:rPr>
        <w:t>месеца</w:t>
      </w:r>
      <w:proofErr w:type="spellEnd"/>
      <w:r w:rsidRPr="00CD0512">
        <w:rPr>
          <w:sz w:val="24"/>
        </w:rPr>
        <w:t>/</w:t>
      </w:r>
      <w:proofErr w:type="spellStart"/>
      <w:r w:rsidRPr="00CD0512">
        <w:rPr>
          <w:sz w:val="24"/>
        </w:rPr>
        <w:t>дни</w:t>
      </w:r>
      <w:proofErr w:type="spellEnd"/>
      <w:r w:rsidRPr="00CD0512">
        <w:rPr>
          <w:sz w:val="24"/>
        </w:rPr>
        <w:t xml:space="preserve">. </w:t>
      </w:r>
      <w:proofErr w:type="spellStart"/>
      <w:r w:rsidRPr="00CD0512">
        <w:rPr>
          <w:sz w:val="24"/>
        </w:rPr>
        <w:t>Срокът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предизвестието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започва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да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тече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от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датата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получаване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настоящото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предизвестие</w:t>
      </w:r>
      <w:proofErr w:type="spellEnd"/>
      <w:r w:rsidRPr="00CD0512">
        <w:rPr>
          <w:sz w:val="24"/>
        </w:rPr>
        <w:t xml:space="preserve"> и </w:t>
      </w:r>
      <w:proofErr w:type="spellStart"/>
      <w:r w:rsidRPr="00CD0512">
        <w:rPr>
          <w:sz w:val="24"/>
        </w:rPr>
        <w:t>изтича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</w:t>
      </w:r>
      <w:proofErr w:type="spellEnd"/>
      <w:r w:rsidRPr="00CD0512">
        <w:rPr>
          <w:sz w:val="24"/>
        </w:rPr>
        <w:t xml:space="preserve"> [</w:t>
      </w:r>
      <w:proofErr w:type="spellStart"/>
      <w:r w:rsidRPr="00CD0512">
        <w:rPr>
          <w:sz w:val="24"/>
        </w:rPr>
        <w:t>дата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прекратяване</w:t>
      </w:r>
      <w:proofErr w:type="spellEnd"/>
      <w:r w:rsidRPr="00CD0512">
        <w:rPr>
          <w:sz w:val="24"/>
        </w:rPr>
        <w:t xml:space="preserve">]. </w:t>
      </w:r>
    </w:p>
    <w:p w14:paraId="3DDA9CBA" w14:textId="77777777" w:rsidR="00CD0512" w:rsidRDefault="00CD0512">
      <w:pPr>
        <w:spacing w:after="0" w:line="240" w:lineRule="auto"/>
        <w:rPr>
          <w:sz w:val="24"/>
        </w:rPr>
      </w:pPr>
    </w:p>
    <w:p w14:paraId="6104F63D" w14:textId="63FC1C52" w:rsidR="002C5F1A" w:rsidRDefault="00CD0512">
      <w:pPr>
        <w:spacing w:after="0" w:line="240" w:lineRule="auto"/>
        <w:rPr>
          <w:sz w:val="24"/>
        </w:rPr>
      </w:pPr>
      <w:proofErr w:type="spellStart"/>
      <w:r w:rsidRPr="00CD0512">
        <w:rPr>
          <w:sz w:val="24"/>
        </w:rPr>
        <w:t>Моля</w:t>
      </w:r>
      <w:proofErr w:type="spellEnd"/>
      <w:r w:rsidRPr="00CD0512">
        <w:rPr>
          <w:sz w:val="24"/>
        </w:rPr>
        <w:t xml:space="preserve">, </w:t>
      </w:r>
      <w:proofErr w:type="spellStart"/>
      <w:r w:rsidRPr="00CD0512">
        <w:rPr>
          <w:sz w:val="24"/>
        </w:rPr>
        <w:t>уредете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всички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дължими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суми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за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наем</w:t>
      </w:r>
      <w:proofErr w:type="spellEnd"/>
      <w:r w:rsidRPr="00CD0512">
        <w:rPr>
          <w:sz w:val="24"/>
        </w:rPr>
        <w:t xml:space="preserve">, </w:t>
      </w:r>
      <w:proofErr w:type="spellStart"/>
      <w:r w:rsidRPr="00CD0512">
        <w:rPr>
          <w:sz w:val="24"/>
        </w:rPr>
        <w:t>консумативи</w:t>
      </w:r>
      <w:proofErr w:type="spellEnd"/>
      <w:r w:rsidRPr="00CD0512">
        <w:rPr>
          <w:sz w:val="24"/>
        </w:rPr>
        <w:t xml:space="preserve"> и </w:t>
      </w:r>
      <w:proofErr w:type="spellStart"/>
      <w:r w:rsidRPr="00CD0512">
        <w:rPr>
          <w:sz w:val="24"/>
        </w:rPr>
        <w:t>други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задължения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до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датата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прекратяване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на</w:t>
      </w:r>
      <w:proofErr w:type="spellEnd"/>
      <w:r w:rsidRPr="00CD0512">
        <w:rPr>
          <w:sz w:val="24"/>
        </w:rPr>
        <w:t xml:space="preserve"> </w:t>
      </w:r>
      <w:proofErr w:type="spellStart"/>
      <w:r w:rsidRPr="00CD0512">
        <w:rPr>
          <w:sz w:val="24"/>
        </w:rPr>
        <w:t>договора</w:t>
      </w:r>
      <w:proofErr w:type="spellEnd"/>
      <w:r w:rsidRPr="00CD0512">
        <w:rPr>
          <w:sz w:val="24"/>
        </w:rPr>
        <w:t>.</w:t>
      </w:r>
    </w:p>
    <w:p w14:paraId="3760DF45" w14:textId="77777777" w:rsidR="00CD0512" w:rsidRDefault="00CD0512">
      <w:pPr>
        <w:spacing w:after="0" w:line="240" w:lineRule="auto"/>
      </w:pPr>
    </w:p>
    <w:p w14:paraId="16676C09" w14:textId="77777777" w:rsidR="00EE3D88" w:rsidRDefault="00000000">
      <w:pPr>
        <w:spacing w:after="0" w:line="240" w:lineRule="auto"/>
      </w:pPr>
      <w:r>
        <w:rPr>
          <w:sz w:val="24"/>
        </w:rPr>
        <w:t>Очаквам имотът да бъде предаден съгласно условията на договора и подписания приемо-предавателен протокол.</w:t>
      </w:r>
    </w:p>
    <w:p w14:paraId="18A86200" w14:textId="77777777" w:rsidR="00EE3D88" w:rsidRDefault="00EE3D88">
      <w:pPr>
        <w:spacing w:after="0" w:line="240" w:lineRule="auto"/>
      </w:pPr>
    </w:p>
    <w:p w14:paraId="0EC44D7B" w14:textId="77777777" w:rsidR="002C5F1A" w:rsidRDefault="002C5F1A">
      <w:pPr>
        <w:spacing w:after="0" w:line="240" w:lineRule="auto"/>
        <w:rPr>
          <w:sz w:val="24"/>
        </w:rPr>
      </w:pPr>
    </w:p>
    <w:p w14:paraId="1BDD12FF" w14:textId="77777777" w:rsidR="002C5F1A" w:rsidRDefault="002C5F1A">
      <w:pPr>
        <w:spacing w:after="0" w:line="240" w:lineRule="auto"/>
        <w:rPr>
          <w:sz w:val="24"/>
        </w:rPr>
      </w:pPr>
    </w:p>
    <w:p w14:paraId="0B2E73AB" w14:textId="77777777" w:rsidR="002C5F1A" w:rsidRDefault="002C5F1A">
      <w:pPr>
        <w:spacing w:after="0" w:line="240" w:lineRule="auto"/>
        <w:rPr>
          <w:sz w:val="24"/>
        </w:rPr>
      </w:pPr>
    </w:p>
    <w:p w14:paraId="10180EFC" w14:textId="77777777" w:rsidR="002C5F1A" w:rsidRDefault="002C5F1A">
      <w:pPr>
        <w:spacing w:after="0" w:line="240" w:lineRule="auto"/>
        <w:rPr>
          <w:sz w:val="24"/>
        </w:rPr>
      </w:pPr>
    </w:p>
    <w:p w14:paraId="0603A54E" w14:textId="77777777" w:rsidR="00EE3D88" w:rsidRDefault="00000000">
      <w:pPr>
        <w:spacing w:after="0" w:line="240" w:lineRule="auto"/>
      </w:pPr>
      <w:r>
        <w:rPr>
          <w:sz w:val="24"/>
        </w:rPr>
        <w:t xml:space="preserve">С </w:t>
      </w:r>
      <w:proofErr w:type="spellStart"/>
      <w:r>
        <w:rPr>
          <w:sz w:val="24"/>
        </w:rPr>
        <w:t>уважение</w:t>
      </w:r>
      <w:proofErr w:type="spellEnd"/>
      <w:r>
        <w:rPr>
          <w:sz w:val="24"/>
        </w:rPr>
        <w:t>,</w:t>
      </w:r>
    </w:p>
    <w:p w14:paraId="54E946F3" w14:textId="77777777" w:rsidR="00EE3D88" w:rsidRDefault="00000000">
      <w:pPr>
        <w:spacing w:after="0" w:line="240" w:lineRule="auto"/>
      </w:pPr>
      <w:r>
        <w:rPr>
          <w:sz w:val="24"/>
        </w:rPr>
        <w:t>[Име и подпис на наемодателя]</w:t>
      </w:r>
    </w:p>
    <w:sectPr w:rsidR="00EE3D8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7161731">
    <w:abstractNumId w:val="8"/>
  </w:num>
  <w:num w:numId="2" w16cid:durableId="679234178">
    <w:abstractNumId w:val="6"/>
  </w:num>
  <w:num w:numId="3" w16cid:durableId="448397916">
    <w:abstractNumId w:val="5"/>
  </w:num>
  <w:num w:numId="4" w16cid:durableId="617293508">
    <w:abstractNumId w:val="4"/>
  </w:num>
  <w:num w:numId="5" w16cid:durableId="1104151562">
    <w:abstractNumId w:val="7"/>
  </w:num>
  <w:num w:numId="6" w16cid:durableId="613055142">
    <w:abstractNumId w:val="3"/>
  </w:num>
  <w:num w:numId="7" w16cid:durableId="1391684744">
    <w:abstractNumId w:val="2"/>
  </w:num>
  <w:num w:numId="8" w16cid:durableId="1744638640">
    <w:abstractNumId w:val="1"/>
  </w:num>
  <w:num w:numId="9" w16cid:durableId="73094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5F1A"/>
    <w:rsid w:val="00326F90"/>
    <w:rsid w:val="00496947"/>
    <w:rsid w:val="00AA1D8D"/>
    <w:rsid w:val="00B47730"/>
    <w:rsid w:val="00CB0664"/>
    <w:rsid w:val="00CD0512"/>
    <w:rsid w:val="00EE3D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BB69953"/>
  <w14:defaultImageDpi w14:val="300"/>
  <w15:docId w15:val="{40A89D11-0055-224D-8A83-EA7034A8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3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0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Roumen Gueorguiev</cp:lastModifiedBy>
  <cp:revision>2</cp:revision>
  <dcterms:created xsi:type="dcterms:W3CDTF">2025-06-20T10:29:00Z</dcterms:created>
  <dcterms:modified xsi:type="dcterms:W3CDTF">2025-06-20T10:29:00Z</dcterms:modified>
  <cp:category/>
</cp:coreProperties>
</file>