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От :</w:t>
      </w:r>
      <w:r w:rsidR="008E20F3" w:rsidRPr="00CC6217">
        <w:rPr>
          <w:rFonts w:asciiTheme="majorHAnsi" w:hAnsiTheme="majorHAnsi" w:cstheme="majorHAnsi"/>
          <w:sz w:val="18"/>
          <w:szCs w:val="18"/>
        </w:rPr>
        <w:t xml:space="preserve"> </w:t>
      </w:r>
      <w:r w:rsidRPr="00CC6217">
        <w:rPr>
          <w:rFonts w:asciiTheme="majorHAnsi" w:hAnsiTheme="majorHAnsi" w:cstheme="majorHAnsi"/>
          <w:sz w:val="18"/>
          <w:szCs w:val="18"/>
        </w:rPr>
        <w:t>[Име на наемодателя]</w:t>
      </w: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030687" w:rsidRPr="00CC6217" w:rsidRDefault="00030687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 w:rsidP="008E20F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 w:rsidP="008E20F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 w:rsidP="008E20F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 w:rsidP="008E20F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До :</w:t>
      </w:r>
      <w:r w:rsidR="008E20F3" w:rsidRPr="00CC6217">
        <w:rPr>
          <w:rFonts w:asciiTheme="majorHAnsi" w:hAnsiTheme="majorHAnsi" w:cstheme="majorHAnsi"/>
          <w:sz w:val="18"/>
          <w:szCs w:val="18"/>
        </w:rPr>
        <w:t xml:space="preserve"> </w:t>
      </w:r>
      <w:r w:rsidRPr="00CC6217">
        <w:rPr>
          <w:rFonts w:asciiTheme="majorHAnsi" w:hAnsiTheme="majorHAnsi" w:cstheme="majorHAnsi"/>
          <w:sz w:val="18"/>
          <w:szCs w:val="18"/>
        </w:rPr>
        <w:t>[Име на наемателя]</w:t>
      </w:r>
    </w:p>
    <w:p w:rsidR="00030687" w:rsidRPr="00CC6217" w:rsidRDefault="00000000" w:rsidP="008E20F3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[Адрес]</w:t>
      </w:r>
    </w:p>
    <w:p w:rsidR="00030687" w:rsidRDefault="00030687">
      <w:pPr>
        <w:spacing w:after="0" w:line="240" w:lineRule="auto"/>
      </w:pPr>
    </w:p>
    <w:p w:rsidR="008E20F3" w:rsidRDefault="008E20F3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8E20F3" w:rsidRDefault="008E20F3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8E20F3" w:rsidRDefault="008E20F3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8E20F3" w:rsidRDefault="008E20F3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030687" w:rsidRPr="008E20F3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E20F3">
        <w:rPr>
          <w:b/>
          <w:bCs/>
          <w:sz w:val="28"/>
          <w:szCs w:val="28"/>
        </w:rPr>
        <w:t>Потвърждение за наличие на застраховка на имота</w:t>
      </w:r>
    </w:p>
    <w:p w:rsidR="00030687" w:rsidRDefault="00030687">
      <w:pPr>
        <w:spacing w:after="0" w:line="240" w:lineRule="auto"/>
      </w:pPr>
    </w:p>
    <w:p w:rsidR="008E20F3" w:rsidRDefault="008E20F3">
      <w:pPr>
        <w:spacing w:after="0" w:line="240" w:lineRule="auto"/>
        <w:rPr>
          <w:sz w:val="24"/>
        </w:rPr>
      </w:pPr>
    </w:p>
    <w:p w:rsidR="008E20F3" w:rsidRDefault="008E20F3">
      <w:pPr>
        <w:spacing w:after="0" w:line="240" w:lineRule="auto"/>
        <w:rPr>
          <w:sz w:val="24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Дата: [дата]</w:t>
      </w:r>
    </w:p>
    <w:p w:rsidR="00030687" w:rsidRPr="00CC6217" w:rsidRDefault="00030687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Уважаеми/а [Име на наемателя],</w:t>
      </w: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С настоящото потвърждавам, че имотът, който наемате на адрес: [адрес на имота], е застрахован със застраховка имущество, покриваща основни рискове като пожар, наводнение, природни бедствия и др.</w:t>
      </w: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Застраховател: [име на застрахователя]</w:t>
      </w: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Полица №: [номер на полица]</w:t>
      </w: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Валидност: от [начална дата] до [крайна дата].</w:t>
      </w: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При нужда от копие на полицата или допълнителна информация, моля</w:t>
      </w:r>
      <w:r w:rsidR="008E20F3" w:rsidRPr="00CC6217">
        <w:rPr>
          <w:rFonts w:asciiTheme="majorHAnsi" w:hAnsiTheme="majorHAnsi" w:cstheme="majorHAnsi"/>
          <w:sz w:val="18"/>
          <w:szCs w:val="18"/>
        </w:rPr>
        <w:t xml:space="preserve"> </w:t>
      </w:r>
      <w:r w:rsidR="008E20F3" w:rsidRPr="00CC6217">
        <w:rPr>
          <w:rFonts w:asciiTheme="majorHAnsi" w:hAnsiTheme="majorHAnsi" w:cstheme="majorHAnsi"/>
          <w:sz w:val="18"/>
          <w:szCs w:val="18"/>
          <w:lang w:val="bg-BG"/>
        </w:rPr>
        <w:t xml:space="preserve">да се </w:t>
      </w:r>
      <w:r w:rsidRPr="00CC6217">
        <w:rPr>
          <w:rFonts w:asciiTheme="majorHAnsi" w:hAnsiTheme="majorHAnsi" w:cstheme="majorHAnsi"/>
          <w:sz w:val="18"/>
          <w:szCs w:val="18"/>
        </w:rPr>
        <w:t>свържете с мен.</w:t>
      </w:r>
    </w:p>
    <w:p w:rsidR="00030687" w:rsidRPr="00CC6217" w:rsidRDefault="00030687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8E20F3" w:rsidRPr="00CC6217" w:rsidRDefault="008E20F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С уважение,</w:t>
      </w:r>
    </w:p>
    <w:p w:rsidR="00030687" w:rsidRPr="00CC6217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CC6217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030687" w:rsidRPr="00CC621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4077941">
    <w:abstractNumId w:val="8"/>
  </w:num>
  <w:num w:numId="2" w16cid:durableId="1416173756">
    <w:abstractNumId w:val="6"/>
  </w:num>
  <w:num w:numId="3" w16cid:durableId="1925146823">
    <w:abstractNumId w:val="5"/>
  </w:num>
  <w:num w:numId="4" w16cid:durableId="864487824">
    <w:abstractNumId w:val="4"/>
  </w:num>
  <w:num w:numId="5" w16cid:durableId="143817314">
    <w:abstractNumId w:val="7"/>
  </w:num>
  <w:num w:numId="6" w16cid:durableId="980890663">
    <w:abstractNumId w:val="3"/>
  </w:num>
  <w:num w:numId="7" w16cid:durableId="841968474">
    <w:abstractNumId w:val="2"/>
  </w:num>
  <w:num w:numId="8" w16cid:durableId="742721863">
    <w:abstractNumId w:val="1"/>
  </w:num>
  <w:num w:numId="9" w16cid:durableId="56145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687"/>
    <w:rsid w:val="00034616"/>
    <w:rsid w:val="0006063C"/>
    <w:rsid w:val="0015074B"/>
    <w:rsid w:val="0029639D"/>
    <w:rsid w:val="00326F90"/>
    <w:rsid w:val="008E20F3"/>
    <w:rsid w:val="00AA1D8D"/>
    <w:rsid w:val="00B47730"/>
    <w:rsid w:val="00CB0664"/>
    <w:rsid w:val="00CC62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2025-06-19T17:22:00Z</dcterms:created>
  <dcterms:modified xsi:type="dcterms:W3CDTF">2025-06-19T17:28:00Z</dcterms:modified>
  <cp:category/>
</cp:coreProperties>
</file>