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E3D88" w:rsidRDefault="00000000">
      <w:pPr>
        <w:spacing w:after="0" w:line="240" w:lineRule="auto"/>
      </w:pPr>
      <w:proofErr w:type="spellStart"/>
      <w:proofErr w:type="gramStart"/>
      <w:r>
        <w:rPr>
          <w:sz w:val="24"/>
        </w:rPr>
        <w:t>От</w:t>
      </w:r>
      <w:proofErr w:type="spellEnd"/>
      <w:r>
        <w:rPr>
          <w:sz w:val="24"/>
        </w:rPr>
        <w:t xml:space="preserve"> :</w:t>
      </w:r>
      <w:proofErr w:type="gramEnd"/>
      <w:r w:rsidR="002C5F1A">
        <w:t xml:space="preserve"> </w:t>
      </w:r>
      <w:r>
        <w:rPr>
          <w:sz w:val="24"/>
        </w:rPr>
        <w:t>[</w:t>
      </w:r>
      <w:proofErr w:type="spellStart"/>
      <w:r>
        <w:rPr>
          <w:sz w:val="24"/>
        </w:rPr>
        <w:t>Име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наемодателя</w:t>
      </w:r>
      <w:proofErr w:type="spellEnd"/>
      <w:r>
        <w:rPr>
          <w:sz w:val="24"/>
        </w:rPr>
        <w:t>]</w:t>
      </w:r>
    </w:p>
    <w:p w:rsidR="00EE3D88" w:rsidRDefault="00000000">
      <w:pPr>
        <w:spacing w:after="0" w:line="240" w:lineRule="auto"/>
      </w:pPr>
      <w:r>
        <w:rPr>
          <w:sz w:val="24"/>
        </w:rPr>
        <w:t>[Адрес за кореспонденция / телефон / имейл]</w:t>
      </w:r>
    </w:p>
    <w:p w:rsidR="00EE3D88" w:rsidRDefault="00EE3D88">
      <w:pPr>
        <w:spacing w:after="0" w:line="240" w:lineRule="auto"/>
      </w:pPr>
    </w:p>
    <w:p w:rsidR="002C5F1A" w:rsidRDefault="002C5F1A" w:rsidP="002C5F1A">
      <w:pPr>
        <w:spacing w:after="0" w:line="240" w:lineRule="auto"/>
        <w:jc w:val="right"/>
        <w:rPr>
          <w:sz w:val="24"/>
        </w:rPr>
      </w:pPr>
    </w:p>
    <w:p w:rsidR="002C5F1A" w:rsidRDefault="002C5F1A" w:rsidP="002C5F1A">
      <w:pPr>
        <w:spacing w:after="0" w:line="240" w:lineRule="auto"/>
        <w:jc w:val="right"/>
        <w:rPr>
          <w:sz w:val="24"/>
        </w:rPr>
      </w:pPr>
    </w:p>
    <w:p w:rsidR="002C5F1A" w:rsidRDefault="002C5F1A" w:rsidP="002C5F1A">
      <w:pPr>
        <w:spacing w:after="0" w:line="240" w:lineRule="auto"/>
        <w:jc w:val="right"/>
        <w:rPr>
          <w:sz w:val="24"/>
        </w:rPr>
      </w:pPr>
    </w:p>
    <w:p w:rsidR="002C5F1A" w:rsidRDefault="002C5F1A" w:rsidP="002C5F1A">
      <w:pPr>
        <w:spacing w:after="0" w:line="240" w:lineRule="auto"/>
        <w:jc w:val="right"/>
        <w:rPr>
          <w:sz w:val="24"/>
        </w:rPr>
      </w:pPr>
    </w:p>
    <w:p w:rsidR="00EE3D88" w:rsidRDefault="00000000" w:rsidP="002C5F1A">
      <w:pPr>
        <w:spacing w:after="0" w:line="240" w:lineRule="auto"/>
        <w:jc w:val="right"/>
      </w:pPr>
      <w:proofErr w:type="spellStart"/>
      <w:proofErr w:type="gramStart"/>
      <w:r>
        <w:rPr>
          <w:sz w:val="24"/>
        </w:rPr>
        <w:t>До</w:t>
      </w:r>
      <w:proofErr w:type="spellEnd"/>
      <w:r>
        <w:rPr>
          <w:sz w:val="24"/>
        </w:rPr>
        <w:t xml:space="preserve"> :</w:t>
      </w:r>
      <w:proofErr w:type="gramEnd"/>
      <w:r w:rsidR="002C5F1A">
        <w:t xml:space="preserve"> </w:t>
      </w:r>
      <w:r>
        <w:rPr>
          <w:sz w:val="24"/>
        </w:rPr>
        <w:t>[</w:t>
      </w:r>
      <w:proofErr w:type="spellStart"/>
      <w:r>
        <w:rPr>
          <w:sz w:val="24"/>
        </w:rPr>
        <w:t>Име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наемателя</w:t>
      </w:r>
      <w:proofErr w:type="spellEnd"/>
      <w:r>
        <w:rPr>
          <w:sz w:val="24"/>
        </w:rPr>
        <w:t>]</w:t>
      </w:r>
    </w:p>
    <w:p w:rsidR="00EE3D88" w:rsidRDefault="00000000" w:rsidP="002C5F1A">
      <w:pPr>
        <w:spacing w:after="0" w:line="240" w:lineRule="auto"/>
        <w:jc w:val="right"/>
      </w:pPr>
      <w:r>
        <w:rPr>
          <w:sz w:val="24"/>
        </w:rPr>
        <w:t>[Адрес]</w:t>
      </w:r>
    </w:p>
    <w:p w:rsidR="00EE3D88" w:rsidRDefault="00EE3D88">
      <w:pPr>
        <w:spacing w:after="0" w:line="240" w:lineRule="auto"/>
      </w:pPr>
    </w:p>
    <w:p w:rsidR="002C5F1A" w:rsidRDefault="002C5F1A">
      <w:pPr>
        <w:spacing w:after="0" w:line="240" w:lineRule="auto"/>
        <w:jc w:val="center"/>
        <w:rPr>
          <w:sz w:val="24"/>
        </w:rPr>
      </w:pPr>
    </w:p>
    <w:p w:rsidR="002C5F1A" w:rsidRDefault="002C5F1A">
      <w:pPr>
        <w:spacing w:after="0" w:line="240" w:lineRule="auto"/>
        <w:jc w:val="center"/>
        <w:rPr>
          <w:sz w:val="24"/>
        </w:rPr>
      </w:pPr>
    </w:p>
    <w:p w:rsidR="002C5F1A" w:rsidRDefault="002C5F1A">
      <w:pPr>
        <w:spacing w:after="0" w:line="240" w:lineRule="auto"/>
        <w:jc w:val="center"/>
        <w:rPr>
          <w:sz w:val="24"/>
        </w:rPr>
      </w:pPr>
    </w:p>
    <w:p w:rsidR="002C5F1A" w:rsidRDefault="002C5F1A">
      <w:pPr>
        <w:spacing w:after="0" w:line="240" w:lineRule="auto"/>
        <w:jc w:val="center"/>
        <w:rPr>
          <w:sz w:val="24"/>
        </w:rPr>
      </w:pPr>
    </w:p>
    <w:p w:rsidR="00EE3D88" w:rsidRPr="002C5F1A" w:rsidRDefault="00000000">
      <w:pPr>
        <w:spacing w:after="0" w:line="240" w:lineRule="auto"/>
        <w:jc w:val="center"/>
        <w:rPr>
          <w:b/>
          <w:bCs/>
          <w:sz w:val="28"/>
          <w:szCs w:val="28"/>
        </w:rPr>
      </w:pPr>
      <w:proofErr w:type="spellStart"/>
      <w:r w:rsidRPr="002C5F1A">
        <w:rPr>
          <w:b/>
          <w:bCs/>
          <w:sz w:val="28"/>
          <w:szCs w:val="28"/>
        </w:rPr>
        <w:t>Потвърждение</w:t>
      </w:r>
      <w:proofErr w:type="spellEnd"/>
      <w:r w:rsidRPr="002C5F1A">
        <w:rPr>
          <w:b/>
          <w:bCs/>
          <w:sz w:val="28"/>
          <w:szCs w:val="28"/>
        </w:rPr>
        <w:t xml:space="preserve"> </w:t>
      </w:r>
      <w:proofErr w:type="spellStart"/>
      <w:r w:rsidRPr="002C5F1A">
        <w:rPr>
          <w:b/>
          <w:bCs/>
          <w:sz w:val="28"/>
          <w:szCs w:val="28"/>
        </w:rPr>
        <w:t>за</w:t>
      </w:r>
      <w:proofErr w:type="spellEnd"/>
      <w:r w:rsidRPr="002C5F1A">
        <w:rPr>
          <w:b/>
          <w:bCs/>
          <w:sz w:val="28"/>
          <w:szCs w:val="28"/>
        </w:rPr>
        <w:t xml:space="preserve"> </w:t>
      </w:r>
      <w:proofErr w:type="spellStart"/>
      <w:r w:rsidRPr="002C5F1A">
        <w:rPr>
          <w:b/>
          <w:bCs/>
          <w:sz w:val="28"/>
          <w:szCs w:val="28"/>
        </w:rPr>
        <w:t>получено</w:t>
      </w:r>
      <w:proofErr w:type="spellEnd"/>
      <w:r w:rsidRPr="002C5F1A">
        <w:rPr>
          <w:b/>
          <w:bCs/>
          <w:sz w:val="28"/>
          <w:szCs w:val="28"/>
        </w:rPr>
        <w:t xml:space="preserve"> </w:t>
      </w:r>
      <w:proofErr w:type="spellStart"/>
      <w:r w:rsidRPr="002C5F1A">
        <w:rPr>
          <w:b/>
          <w:bCs/>
          <w:sz w:val="28"/>
          <w:szCs w:val="28"/>
        </w:rPr>
        <w:t>предизвестие</w:t>
      </w:r>
      <w:proofErr w:type="spellEnd"/>
      <w:r w:rsidRPr="002C5F1A">
        <w:rPr>
          <w:b/>
          <w:bCs/>
          <w:sz w:val="28"/>
          <w:szCs w:val="28"/>
        </w:rPr>
        <w:t xml:space="preserve"> </w:t>
      </w:r>
      <w:proofErr w:type="spellStart"/>
      <w:r w:rsidRPr="002C5F1A">
        <w:rPr>
          <w:b/>
          <w:bCs/>
          <w:sz w:val="28"/>
          <w:szCs w:val="28"/>
        </w:rPr>
        <w:t>от</w:t>
      </w:r>
      <w:proofErr w:type="spellEnd"/>
      <w:r w:rsidRPr="002C5F1A">
        <w:rPr>
          <w:b/>
          <w:bCs/>
          <w:sz w:val="28"/>
          <w:szCs w:val="28"/>
        </w:rPr>
        <w:t xml:space="preserve"> наемателя</w:t>
      </w:r>
    </w:p>
    <w:p w:rsidR="00EE3D88" w:rsidRDefault="00EE3D88">
      <w:pPr>
        <w:spacing w:after="0" w:line="240" w:lineRule="auto"/>
      </w:pPr>
    </w:p>
    <w:p w:rsidR="002C5F1A" w:rsidRDefault="002C5F1A">
      <w:pPr>
        <w:spacing w:after="0" w:line="240" w:lineRule="auto"/>
        <w:rPr>
          <w:sz w:val="24"/>
        </w:rPr>
      </w:pPr>
    </w:p>
    <w:p w:rsidR="00EE3D88" w:rsidRDefault="00000000">
      <w:pPr>
        <w:spacing w:after="0" w:line="240" w:lineRule="auto"/>
      </w:pPr>
      <w:proofErr w:type="spellStart"/>
      <w:r>
        <w:rPr>
          <w:sz w:val="24"/>
        </w:rPr>
        <w:t>Дата</w:t>
      </w:r>
      <w:proofErr w:type="spellEnd"/>
      <w:r>
        <w:rPr>
          <w:sz w:val="24"/>
        </w:rPr>
        <w:t>: [</w:t>
      </w:r>
      <w:proofErr w:type="spellStart"/>
      <w:r>
        <w:rPr>
          <w:sz w:val="24"/>
        </w:rPr>
        <w:t>дата</w:t>
      </w:r>
      <w:proofErr w:type="spellEnd"/>
      <w:r>
        <w:rPr>
          <w:sz w:val="24"/>
        </w:rPr>
        <w:t>]</w:t>
      </w:r>
    </w:p>
    <w:p w:rsidR="00EE3D88" w:rsidRDefault="00EE3D88">
      <w:pPr>
        <w:spacing w:after="0" w:line="240" w:lineRule="auto"/>
      </w:pPr>
    </w:p>
    <w:p w:rsidR="00EE3D88" w:rsidRDefault="00000000">
      <w:pPr>
        <w:spacing w:after="0" w:line="240" w:lineRule="auto"/>
        <w:rPr>
          <w:sz w:val="24"/>
        </w:rPr>
      </w:pPr>
      <w:proofErr w:type="spellStart"/>
      <w:r>
        <w:rPr>
          <w:sz w:val="24"/>
        </w:rPr>
        <w:t>Уважаеми</w:t>
      </w:r>
      <w:proofErr w:type="spellEnd"/>
      <w:r>
        <w:rPr>
          <w:sz w:val="24"/>
        </w:rPr>
        <w:t>/а [</w:t>
      </w:r>
      <w:proofErr w:type="spellStart"/>
      <w:r>
        <w:rPr>
          <w:sz w:val="24"/>
        </w:rPr>
        <w:t>Име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наемателя</w:t>
      </w:r>
      <w:proofErr w:type="spellEnd"/>
      <w:r>
        <w:rPr>
          <w:sz w:val="24"/>
        </w:rPr>
        <w:t>],</w:t>
      </w:r>
    </w:p>
    <w:p w:rsidR="002C5F1A" w:rsidRDefault="002C5F1A">
      <w:pPr>
        <w:spacing w:after="0" w:line="240" w:lineRule="auto"/>
      </w:pPr>
    </w:p>
    <w:p w:rsidR="00EE3D88" w:rsidRDefault="00000000">
      <w:pPr>
        <w:spacing w:after="0" w:line="240" w:lineRule="auto"/>
        <w:rPr>
          <w:sz w:val="24"/>
        </w:rPr>
      </w:pPr>
      <w:r>
        <w:rPr>
          <w:sz w:val="24"/>
        </w:rPr>
        <w:t xml:space="preserve">С настоящото потвърждавам получаването на Вашето предизвестие от [дата] за прекратяване на Договора за наем, касаещ имота на </w:t>
      </w:r>
      <w:proofErr w:type="spellStart"/>
      <w:r>
        <w:rPr>
          <w:sz w:val="24"/>
        </w:rPr>
        <w:t>адрес</w:t>
      </w:r>
      <w:proofErr w:type="spellEnd"/>
      <w:r>
        <w:rPr>
          <w:sz w:val="24"/>
        </w:rPr>
        <w:t>: [</w:t>
      </w:r>
      <w:proofErr w:type="spellStart"/>
      <w:r>
        <w:rPr>
          <w:sz w:val="24"/>
        </w:rPr>
        <w:t>адрес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имота</w:t>
      </w:r>
      <w:proofErr w:type="spellEnd"/>
      <w:r>
        <w:rPr>
          <w:sz w:val="24"/>
        </w:rPr>
        <w:t>].</w:t>
      </w:r>
    </w:p>
    <w:p w:rsidR="002C5F1A" w:rsidRDefault="002C5F1A">
      <w:pPr>
        <w:spacing w:after="0" w:line="240" w:lineRule="auto"/>
      </w:pPr>
    </w:p>
    <w:p w:rsidR="00EE3D88" w:rsidRDefault="00000000">
      <w:pPr>
        <w:spacing w:after="0" w:line="240" w:lineRule="auto"/>
        <w:rPr>
          <w:sz w:val="24"/>
        </w:rPr>
      </w:pPr>
      <w:proofErr w:type="spellStart"/>
      <w:r>
        <w:rPr>
          <w:sz w:val="24"/>
        </w:rPr>
        <w:t>Дата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освобождаване</w:t>
      </w:r>
      <w:proofErr w:type="spellEnd"/>
      <w:r>
        <w:rPr>
          <w:sz w:val="24"/>
        </w:rPr>
        <w:t>: [</w:t>
      </w:r>
      <w:proofErr w:type="spellStart"/>
      <w:r>
        <w:rPr>
          <w:sz w:val="24"/>
        </w:rPr>
        <w:t>дата</w:t>
      </w:r>
      <w:proofErr w:type="spellEnd"/>
      <w:r>
        <w:rPr>
          <w:sz w:val="24"/>
        </w:rPr>
        <w:t>].</w:t>
      </w:r>
    </w:p>
    <w:p w:rsidR="002C5F1A" w:rsidRDefault="002C5F1A">
      <w:pPr>
        <w:spacing w:after="0" w:line="240" w:lineRule="auto"/>
      </w:pPr>
    </w:p>
    <w:p w:rsidR="00EE3D88" w:rsidRDefault="00000000">
      <w:pPr>
        <w:spacing w:after="0" w:line="240" w:lineRule="auto"/>
      </w:pPr>
      <w:r>
        <w:rPr>
          <w:sz w:val="24"/>
        </w:rPr>
        <w:t>Очаквам имотът да бъде предаден съгласно условията на договора и подписания приемо-предавателен протокол.</w:t>
      </w:r>
    </w:p>
    <w:p w:rsidR="00EE3D88" w:rsidRDefault="00EE3D88">
      <w:pPr>
        <w:spacing w:after="0" w:line="240" w:lineRule="auto"/>
      </w:pPr>
    </w:p>
    <w:p w:rsidR="002C5F1A" w:rsidRDefault="002C5F1A">
      <w:pPr>
        <w:spacing w:after="0" w:line="240" w:lineRule="auto"/>
        <w:rPr>
          <w:sz w:val="24"/>
        </w:rPr>
      </w:pPr>
    </w:p>
    <w:p w:rsidR="002C5F1A" w:rsidRDefault="002C5F1A">
      <w:pPr>
        <w:spacing w:after="0" w:line="240" w:lineRule="auto"/>
        <w:rPr>
          <w:sz w:val="24"/>
        </w:rPr>
      </w:pPr>
    </w:p>
    <w:p w:rsidR="002C5F1A" w:rsidRDefault="002C5F1A">
      <w:pPr>
        <w:spacing w:after="0" w:line="240" w:lineRule="auto"/>
        <w:rPr>
          <w:sz w:val="24"/>
        </w:rPr>
      </w:pPr>
    </w:p>
    <w:p w:rsidR="002C5F1A" w:rsidRDefault="002C5F1A">
      <w:pPr>
        <w:spacing w:after="0" w:line="240" w:lineRule="auto"/>
        <w:rPr>
          <w:sz w:val="24"/>
        </w:rPr>
      </w:pPr>
    </w:p>
    <w:p w:rsidR="00EE3D88" w:rsidRDefault="00000000">
      <w:pPr>
        <w:spacing w:after="0" w:line="240" w:lineRule="auto"/>
      </w:pPr>
      <w:r>
        <w:rPr>
          <w:sz w:val="24"/>
        </w:rPr>
        <w:t xml:space="preserve">С </w:t>
      </w:r>
      <w:proofErr w:type="spellStart"/>
      <w:r>
        <w:rPr>
          <w:sz w:val="24"/>
        </w:rPr>
        <w:t>уважение</w:t>
      </w:r>
      <w:proofErr w:type="spellEnd"/>
      <w:r>
        <w:rPr>
          <w:sz w:val="24"/>
        </w:rPr>
        <w:t>,</w:t>
      </w:r>
    </w:p>
    <w:p w:rsidR="00EE3D88" w:rsidRDefault="00000000">
      <w:pPr>
        <w:spacing w:after="0" w:line="240" w:lineRule="auto"/>
      </w:pPr>
      <w:r>
        <w:rPr>
          <w:sz w:val="24"/>
        </w:rPr>
        <w:t>[Име и подпис на наемодателя]</w:t>
      </w:r>
    </w:p>
    <w:sectPr w:rsidR="00EE3D8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7161731">
    <w:abstractNumId w:val="8"/>
  </w:num>
  <w:num w:numId="2" w16cid:durableId="679234178">
    <w:abstractNumId w:val="6"/>
  </w:num>
  <w:num w:numId="3" w16cid:durableId="448397916">
    <w:abstractNumId w:val="5"/>
  </w:num>
  <w:num w:numId="4" w16cid:durableId="617293508">
    <w:abstractNumId w:val="4"/>
  </w:num>
  <w:num w:numId="5" w16cid:durableId="1104151562">
    <w:abstractNumId w:val="7"/>
  </w:num>
  <w:num w:numId="6" w16cid:durableId="613055142">
    <w:abstractNumId w:val="3"/>
  </w:num>
  <w:num w:numId="7" w16cid:durableId="1391684744">
    <w:abstractNumId w:val="2"/>
  </w:num>
  <w:num w:numId="8" w16cid:durableId="1744638640">
    <w:abstractNumId w:val="1"/>
  </w:num>
  <w:num w:numId="9" w16cid:durableId="73094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5F1A"/>
    <w:rsid w:val="00326F90"/>
    <w:rsid w:val="00AA1D8D"/>
    <w:rsid w:val="00B47730"/>
    <w:rsid w:val="00CB0664"/>
    <w:rsid w:val="00EE3D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8D0548"/>
  <w14:defaultImageDpi w14:val="300"/>
  <w15:docId w15:val="{40A89D11-0055-224D-8A83-EA7034A89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2025-06-19T16:37:00Z</dcterms:created>
  <dcterms:modified xsi:type="dcterms:W3CDTF">2025-06-19T16:37:00Z</dcterms:modified>
  <cp:category/>
</cp:coreProperties>
</file>