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5455" w:rsidRPr="009378A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gramStart"/>
      <w:r w:rsidRPr="009378A0">
        <w:rPr>
          <w:rFonts w:asciiTheme="majorHAnsi" w:hAnsiTheme="majorHAnsi" w:cstheme="majorHAnsi"/>
          <w:sz w:val="18"/>
          <w:szCs w:val="18"/>
        </w:rPr>
        <w:t>От :</w:t>
      </w:r>
      <w:proofErr w:type="gramEnd"/>
      <w:r w:rsidR="009378A0">
        <w:rPr>
          <w:rFonts w:asciiTheme="majorHAnsi" w:hAnsiTheme="majorHAnsi" w:cstheme="majorHAnsi"/>
          <w:sz w:val="18"/>
          <w:szCs w:val="18"/>
        </w:rPr>
        <w:t xml:space="preserve"> </w:t>
      </w:r>
      <w:r w:rsidRPr="009378A0">
        <w:rPr>
          <w:rFonts w:asciiTheme="majorHAnsi" w:hAnsiTheme="majorHAnsi" w:cstheme="majorHAnsi"/>
          <w:sz w:val="18"/>
          <w:szCs w:val="18"/>
        </w:rPr>
        <w:t>[Име на наемодателя]</w:t>
      </w:r>
    </w:p>
    <w:p w:rsidR="001F5455" w:rsidRPr="009378A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[Адрес за кореспонденция / телефон / имейл]</w:t>
      </w:r>
    </w:p>
    <w:p w:rsidR="009378A0" w:rsidRDefault="009378A0" w:rsidP="009378A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9378A0" w:rsidRDefault="009378A0" w:rsidP="009378A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1F5455" w:rsidRPr="009378A0" w:rsidRDefault="009378A0" w:rsidP="009378A0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eastAsia="Times New Roman" w:hAnsiTheme="majorHAnsi" w:cstheme="majorHAnsi"/>
          <w:sz w:val="18"/>
          <w:szCs w:val="18"/>
          <w:lang w:val="bg-BG" w:eastAsia="fr-FR"/>
        </w:rPr>
        <w:t>До</w:t>
      </w:r>
      <w:r w:rsidRPr="009378A0">
        <w:rPr>
          <w:rFonts w:asciiTheme="majorHAnsi" w:eastAsia="Times New Roman" w:hAnsiTheme="majorHAnsi" w:cstheme="majorHAnsi"/>
          <w:sz w:val="18"/>
          <w:szCs w:val="18"/>
          <w:lang w:eastAsia="fr-FR"/>
        </w:rPr>
        <w:t> :</w:t>
      </w:r>
      <w:r w:rsidRPr="009378A0">
        <w:rPr>
          <w:rFonts w:asciiTheme="majorHAnsi" w:hAnsiTheme="majorHAnsi" w:cstheme="majorHAnsi"/>
          <w:sz w:val="18"/>
          <w:szCs w:val="18"/>
        </w:rPr>
        <w:t xml:space="preserve"> [Име на наемателя]</w:t>
      </w:r>
      <w:r w:rsidRPr="009378A0">
        <w:rPr>
          <w:rFonts w:asciiTheme="majorHAnsi" w:hAnsiTheme="majorHAnsi" w:cstheme="majorHAnsi"/>
          <w:sz w:val="18"/>
          <w:szCs w:val="18"/>
        </w:rPr>
        <w:br/>
        <w:t>[</w:t>
      </w:r>
      <w:r w:rsidRPr="009378A0">
        <w:rPr>
          <w:rFonts w:asciiTheme="majorHAnsi" w:hAnsiTheme="majorHAnsi" w:cstheme="majorHAnsi"/>
          <w:sz w:val="18"/>
          <w:szCs w:val="18"/>
          <w:lang w:val="fr-FR"/>
        </w:rPr>
        <w:t>Адрес</w:t>
      </w:r>
      <w:r w:rsidRPr="009378A0">
        <w:rPr>
          <w:rFonts w:asciiTheme="majorHAnsi" w:hAnsiTheme="majorHAnsi" w:cstheme="majorHAnsi"/>
          <w:sz w:val="18"/>
          <w:szCs w:val="18"/>
        </w:rPr>
        <w:t>]</w:t>
      </w:r>
    </w:p>
    <w:p w:rsidR="009378A0" w:rsidRDefault="009378A0">
      <w:pPr>
        <w:spacing w:after="0" w:line="240" w:lineRule="auto"/>
        <w:jc w:val="center"/>
        <w:rPr>
          <w:sz w:val="24"/>
        </w:rPr>
      </w:pPr>
    </w:p>
    <w:p w:rsidR="009378A0" w:rsidRDefault="009378A0">
      <w:pPr>
        <w:spacing w:after="0" w:line="240" w:lineRule="auto"/>
        <w:jc w:val="center"/>
        <w:rPr>
          <w:sz w:val="24"/>
        </w:rPr>
      </w:pPr>
    </w:p>
    <w:p w:rsidR="009378A0" w:rsidRDefault="009378A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9378A0" w:rsidRDefault="009378A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9378A0" w:rsidRDefault="009378A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1F5455" w:rsidRPr="009378A0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378A0">
        <w:rPr>
          <w:b/>
          <w:bCs/>
          <w:sz w:val="28"/>
          <w:szCs w:val="28"/>
        </w:rPr>
        <w:t>Покана за доброволно напускане поради неплащане</w:t>
      </w:r>
    </w:p>
    <w:p w:rsidR="001F5455" w:rsidRDefault="001F5455">
      <w:pPr>
        <w:spacing w:after="0" w:line="240" w:lineRule="auto"/>
      </w:pPr>
    </w:p>
    <w:p w:rsidR="009378A0" w:rsidRDefault="009378A0">
      <w:pPr>
        <w:spacing w:after="0" w:line="240" w:lineRule="auto"/>
        <w:rPr>
          <w:sz w:val="24"/>
        </w:rPr>
      </w:pPr>
    </w:p>
    <w:p w:rsidR="009378A0" w:rsidRDefault="009378A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F5455" w:rsidRPr="009378A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Дата: [дата]</w:t>
      </w:r>
    </w:p>
    <w:p w:rsidR="001F5455" w:rsidRPr="009378A0" w:rsidRDefault="001F545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9378A0" w:rsidRDefault="009378A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F545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Уважаеми/а [Име на наемателя],</w:t>
      </w:r>
    </w:p>
    <w:p w:rsidR="009378A0" w:rsidRPr="009378A0" w:rsidRDefault="009378A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F545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След няколкократни опити за връзка с Вас и напомняния относно просрочени наемни плащания по договора ни за имота, намиращ се на адрес: [пълен адрес на имота], Ви изпращам настоящата покана за доброволно освобождаване на имота.</w:t>
      </w:r>
    </w:p>
    <w:p w:rsidR="009378A0" w:rsidRPr="009378A0" w:rsidRDefault="009378A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F545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Съгласно договора за наем, подписан на [дата на договора], Вие сте длъжни да извършвате редовно плащане на месечния наем, което не е изпълнено за следния период: [описание на периода и дължимите суми].</w:t>
      </w:r>
    </w:p>
    <w:p w:rsidR="009378A0" w:rsidRPr="009378A0" w:rsidRDefault="009378A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F5455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Моля, освободете имота най-късно до [краен срок], като го предадете в състоянието, в което сте го приели, в съответствие с подписания протокол за приемо-предаване.</w:t>
      </w:r>
    </w:p>
    <w:p w:rsidR="009378A0" w:rsidRPr="009378A0" w:rsidRDefault="009378A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F5455" w:rsidRPr="009378A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При неизпълнение си запазвам правото да предприема необходимите правни действия.</w:t>
      </w:r>
    </w:p>
    <w:p w:rsidR="001F5455" w:rsidRPr="009378A0" w:rsidRDefault="001F5455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B55E3" w:rsidRDefault="001B55E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B55E3" w:rsidRDefault="001B55E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B55E3" w:rsidRDefault="001B55E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B55E3" w:rsidRDefault="001B55E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B55E3" w:rsidRDefault="001B55E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B55E3" w:rsidRDefault="001B55E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B55E3" w:rsidRDefault="001B55E3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F5455" w:rsidRPr="009378A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С уважение,</w:t>
      </w:r>
    </w:p>
    <w:p w:rsidR="001F5455" w:rsidRPr="009378A0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9378A0">
        <w:rPr>
          <w:rFonts w:asciiTheme="majorHAnsi" w:hAnsiTheme="majorHAnsi" w:cstheme="majorHAnsi"/>
          <w:sz w:val="18"/>
          <w:szCs w:val="18"/>
        </w:rPr>
        <w:t>[Име и подпис на наемодателя]</w:t>
      </w:r>
    </w:p>
    <w:sectPr w:rsidR="001F5455" w:rsidRPr="009378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3697455">
    <w:abstractNumId w:val="8"/>
  </w:num>
  <w:num w:numId="2" w16cid:durableId="730928437">
    <w:abstractNumId w:val="6"/>
  </w:num>
  <w:num w:numId="3" w16cid:durableId="779690382">
    <w:abstractNumId w:val="5"/>
  </w:num>
  <w:num w:numId="4" w16cid:durableId="855851023">
    <w:abstractNumId w:val="4"/>
  </w:num>
  <w:num w:numId="5" w16cid:durableId="1779329986">
    <w:abstractNumId w:val="7"/>
  </w:num>
  <w:num w:numId="6" w16cid:durableId="312103097">
    <w:abstractNumId w:val="3"/>
  </w:num>
  <w:num w:numId="7" w16cid:durableId="339240448">
    <w:abstractNumId w:val="2"/>
  </w:num>
  <w:num w:numId="8" w16cid:durableId="1620994886">
    <w:abstractNumId w:val="1"/>
  </w:num>
  <w:num w:numId="9" w16cid:durableId="2127772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55E3"/>
    <w:rsid w:val="001F5455"/>
    <w:rsid w:val="0029639D"/>
    <w:rsid w:val="00326F90"/>
    <w:rsid w:val="009378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200A26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2025-06-19T16:30:00Z</dcterms:created>
  <dcterms:modified xsi:type="dcterms:W3CDTF">2025-06-19T17:12:00Z</dcterms:modified>
  <cp:category/>
</cp:coreProperties>
</file>