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proofErr w:type="gramStart"/>
      <w:r w:rsidRPr="006B7172">
        <w:rPr>
          <w:rFonts w:asciiTheme="majorHAnsi" w:hAnsiTheme="majorHAnsi" w:cstheme="majorHAnsi"/>
          <w:sz w:val="18"/>
          <w:szCs w:val="18"/>
        </w:rPr>
        <w:t>От :</w:t>
      </w:r>
      <w:proofErr w:type="gramEnd"/>
      <w:r w:rsidRPr="006B7172">
        <w:rPr>
          <w:rFonts w:asciiTheme="majorHAnsi" w:hAnsiTheme="majorHAnsi" w:cstheme="majorHAnsi"/>
          <w:sz w:val="18"/>
          <w:szCs w:val="18"/>
        </w:rPr>
        <w:t xml:space="preserve"> [Име на наемодателя]</w:t>
      </w:r>
      <w:r w:rsidRPr="006B7172">
        <w:rPr>
          <w:rFonts w:asciiTheme="majorHAnsi" w:hAnsiTheme="majorHAnsi" w:cstheme="majorHAnsi"/>
          <w:sz w:val="18"/>
          <w:szCs w:val="18"/>
        </w:rPr>
        <w:br/>
        <w:t>[Адрес за кореспонденция / телефон / имейл]</w:t>
      </w:r>
    </w:p>
    <w:p w:rsidR="00967E7A" w:rsidRDefault="00000000">
      <w:r>
        <w:br/>
      </w:r>
      <w:r>
        <w:br/>
      </w:r>
    </w:p>
    <w:p w:rsidR="00967E7A" w:rsidRPr="006B7172" w:rsidRDefault="00000000" w:rsidP="006B7172">
      <w:pPr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6B7172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Pr="006B7172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>]</w:t>
      </w:r>
      <w:r w:rsidRPr="006B7172">
        <w:rPr>
          <w:rFonts w:asciiTheme="majorHAnsi" w:hAnsiTheme="majorHAnsi" w:cstheme="majorHAnsi"/>
          <w:sz w:val="18"/>
          <w:szCs w:val="18"/>
        </w:rPr>
        <w:br/>
        <w:t>[Адрес]</w:t>
      </w:r>
    </w:p>
    <w:p w:rsidR="00967E7A" w:rsidRPr="006B7172" w:rsidRDefault="00000000" w:rsidP="006B7172">
      <w:pPr>
        <w:jc w:val="center"/>
      </w:pPr>
      <w:r>
        <w:br/>
      </w:r>
      <w:r>
        <w:br/>
      </w:r>
      <w:proofErr w:type="spellStart"/>
      <w:r w:rsidRPr="006B7172">
        <w:rPr>
          <w:b/>
          <w:bCs/>
          <w:sz w:val="28"/>
          <w:szCs w:val="28"/>
        </w:rPr>
        <w:t>Напомняне</w:t>
      </w:r>
      <w:proofErr w:type="spellEnd"/>
      <w:r w:rsidRPr="006B7172">
        <w:rPr>
          <w:b/>
          <w:bCs/>
          <w:sz w:val="28"/>
          <w:szCs w:val="28"/>
        </w:rPr>
        <w:t xml:space="preserve"> </w:t>
      </w:r>
      <w:proofErr w:type="spellStart"/>
      <w:r w:rsidRPr="006B7172">
        <w:rPr>
          <w:b/>
          <w:bCs/>
          <w:sz w:val="28"/>
          <w:szCs w:val="28"/>
        </w:rPr>
        <w:t>за</w:t>
      </w:r>
      <w:proofErr w:type="spellEnd"/>
      <w:r w:rsidRPr="006B7172">
        <w:rPr>
          <w:b/>
          <w:bCs/>
          <w:sz w:val="28"/>
          <w:szCs w:val="28"/>
        </w:rPr>
        <w:t xml:space="preserve"> </w:t>
      </w:r>
      <w:proofErr w:type="spellStart"/>
      <w:r w:rsidRPr="006B7172">
        <w:rPr>
          <w:b/>
          <w:bCs/>
          <w:sz w:val="28"/>
          <w:szCs w:val="28"/>
        </w:rPr>
        <w:t>плащане</w:t>
      </w:r>
      <w:proofErr w:type="spellEnd"/>
      <w:r w:rsidRPr="006B7172">
        <w:rPr>
          <w:b/>
          <w:bCs/>
          <w:sz w:val="28"/>
          <w:szCs w:val="28"/>
        </w:rPr>
        <w:t xml:space="preserve"> </w:t>
      </w:r>
      <w:proofErr w:type="spellStart"/>
      <w:r w:rsidRPr="006B7172">
        <w:rPr>
          <w:b/>
          <w:bCs/>
          <w:sz w:val="28"/>
          <w:szCs w:val="28"/>
        </w:rPr>
        <w:t>на</w:t>
      </w:r>
      <w:proofErr w:type="spellEnd"/>
      <w:r w:rsidRPr="006B7172">
        <w:rPr>
          <w:b/>
          <w:bCs/>
          <w:sz w:val="28"/>
          <w:szCs w:val="28"/>
        </w:rPr>
        <w:t xml:space="preserve"> наем</w:t>
      </w:r>
    </w:p>
    <w:p w:rsidR="00967E7A" w:rsidRDefault="00000000">
      <w:r>
        <w:br/>
      </w: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r w:rsidRPr="006B7172">
        <w:rPr>
          <w:rFonts w:asciiTheme="majorHAnsi" w:hAnsiTheme="majorHAnsi" w:cstheme="majorHAnsi"/>
          <w:sz w:val="18"/>
          <w:szCs w:val="18"/>
        </w:rPr>
        <w:t>Дата: [дата]</w:t>
      </w: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proofErr w:type="spellStart"/>
      <w:r w:rsidRPr="006B7172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>],</w:t>
      </w: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r w:rsidRPr="006B7172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настоящото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писмо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Ви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напомням, че към днешна дата не е получено плащане на дължимия наем за имота, находящ се на адрес: [пълен адрес на имота], съгласно сключения между нас Договор за наем от [дата на договора].</w:t>
      </w: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proofErr w:type="spellStart"/>
      <w:r w:rsidRPr="006B7172">
        <w:rPr>
          <w:rFonts w:asciiTheme="majorHAnsi" w:hAnsiTheme="majorHAnsi" w:cstheme="majorHAnsi"/>
          <w:sz w:val="18"/>
          <w:szCs w:val="18"/>
        </w:rPr>
        <w:t>Сумата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която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следва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да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бъде заплатена, възлиза на [сума] лв. за месеца [месец].</w:t>
      </w:r>
    </w:p>
    <w:p w:rsidR="00967E7A" w:rsidRPr="006B7172" w:rsidRDefault="00000000" w:rsidP="006B7172">
      <w:pPr>
        <w:rPr>
          <w:rFonts w:asciiTheme="majorHAnsi" w:hAnsiTheme="majorHAnsi" w:cstheme="majorHAnsi"/>
          <w:sz w:val="18"/>
          <w:szCs w:val="18"/>
        </w:rPr>
      </w:pP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Моля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, извършете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плащането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в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най-кратък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срок</w:t>
      </w:r>
      <w:proofErr w:type="spellEnd"/>
      <w:r w:rsidR="006B7172">
        <w:rPr>
          <w:rFonts w:asciiTheme="majorHAnsi" w:hAnsiTheme="majorHAnsi" w:cstheme="majorHAnsi"/>
          <w:sz w:val="18"/>
          <w:szCs w:val="18"/>
        </w:rPr>
        <w:t>.</w:t>
      </w: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Ако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вече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сте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направили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r w:rsidR="006B7172">
        <w:rPr>
          <w:rFonts w:asciiTheme="majorHAnsi" w:hAnsiTheme="majorHAnsi" w:cstheme="majorHAnsi"/>
          <w:sz w:val="18"/>
          <w:szCs w:val="18"/>
          <w:lang w:val="bg-BG"/>
        </w:rPr>
        <w:t xml:space="preserve">банков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превод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моля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,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считайте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това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писмо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за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6B7172">
        <w:rPr>
          <w:rFonts w:asciiTheme="majorHAnsi" w:hAnsiTheme="majorHAnsi" w:cstheme="majorHAnsi"/>
          <w:sz w:val="18"/>
          <w:szCs w:val="18"/>
        </w:rPr>
        <w:t>невалидно</w:t>
      </w:r>
      <w:proofErr w:type="spellEnd"/>
      <w:r w:rsidRPr="006B7172">
        <w:rPr>
          <w:rFonts w:asciiTheme="majorHAnsi" w:hAnsiTheme="majorHAnsi" w:cstheme="majorHAnsi"/>
          <w:sz w:val="18"/>
          <w:szCs w:val="18"/>
        </w:rPr>
        <w:t>.</w:t>
      </w:r>
    </w:p>
    <w:p w:rsidR="00967E7A" w:rsidRPr="006B7172" w:rsidRDefault="00967E7A">
      <w:pPr>
        <w:rPr>
          <w:rFonts w:asciiTheme="majorHAnsi" w:hAnsiTheme="majorHAnsi" w:cstheme="majorHAnsi"/>
          <w:sz w:val="18"/>
          <w:szCs w:val="18"/>
        </w:rPr>
      </w:pP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r w:rsidRPr="006B7172">
        <w:rPr>
          <w:rFonts w:asciiTheme="majorHAnsi" w:hAnsiTheme="majorHAnsi" w:cstheme="majorHAnsi"/>
          <w:sz w:val="18"/>
          <w:szCs w:val="18"/>
        </w:rPr>
        <w:t>Благодаря Ви предварително.</w:t>
      </w:r>
    </w:p>
    <w:p w:rsidR="00967E7A" w:rsidRPr="006B7172" w:rsidRDefault="00967E7A">
      <w:pPr>
        <w:rPr>
          <w:rFonts w:asciiTheme="majorHAnsi" w:hAnsiTheme="majorHAnsi" w:cstheme="majorHAnsi"/>
          <w:sz w:val="18"/>
          <w:szCs w:val="18"/>
        </w:rPr>
      </w:pP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r w:rsidRPr="006B7172">
        <w:rPr>
          <w:rFonts w:asciiTheme="majorHAnsi" w:hAnsiTheme="majorHAnsi" w:cstheme="majorHAnsi"/>
          <w:sz w:val="18"/>
          <w:szCs w:val="18"/>
        </w:rPr>
        <w:t>С уважение,</w:t>
      </w:r>
    </w:p>
    <w:p w:rsidR="00967E7A" w:rsidRPr="006B7172" w:rsidRDefault="00000000">
      <w:pPr>
        <w:rPr>
          <w:rFonts w:asciiTheme="majorHAnsi" w:hAnsiTheme="majorHAnsi" w:cstheme="majorHAnsi"/>
          <w:sz w:val="18"/>
          <w:szCs w:val="18"/>
        </w:rPr>
      </w:pPr>
      <w:r w:rsidRPr="006B7172">
        <w:rPr>
          <w:rFonts w:asciiTheme="majorHAnsi" w:hAnsiTheme="majorHAnsi" w:cstheme="majorHAnsi"/>
          <w:sz w:val="18"/>
          <w:szCs w:val="18"/>
        </w:rPr>
        <w:t>[Име и подпис на наемодателя]</w:t>
      </w:r>
    </w:p>
    <w:sectPr w:rsidR="00967E7A" w:rsidRPr="006B717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070511">
    <w:abstractNumId w:val="8"/>
  </w:num>
  <w:num w:numId="2" w16cid:durableId="1149399091">
    <w:abstractNumId w:val="6"/>
  </w:num>
  <w:num w:numId="3" w16cid:durableId="581960846">
    <w:abstractNumId w:val="5"/>
  </w:num>
  <w:num w:numId="4" w16cid:durableId="950623045">
    <w:abstractNumId w:val="4"/>
  </w:num>
  <w:num w:numId="5" w16cid:durableId="1212888797">
    <w:abstractNumId w:val="7"/>
  </w:num>
  <w:num w:numId="6" w16cid:durableId="490221441">
    <w:abstractNumId w:val="3"/>
  </w:num>
  <w:num w:numId="7" w16cid:durableId="923103312">
    <w:abstractNumId w:val="2"/>
  </w:num>
  <w:num w:numId="8" w16cid:durableId="1937715751">
    <w:abstractNumId w:val="1"/>
  </w:num>
  <w:num w:numId="9" w16cid:durableId="50371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B7172"/>
    <w:rsid w:val="00967E7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5C81E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2025-06-19T16:25:00Z</dcterms:created>
  <dcterms:modified xsi:type="dcterms:W3CDTF">2025-06-19T16:25:00Z</dcterms:modified>
  <cp:category/>
</cp:coreProperties>
</file>