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32F20" w:rsidRPr="00B52C52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B52C52">
        <w:rPr>
          <w:rFonts w:asciiTheme="majorHAnsi" w:hAnsiTheme="majorHAnsi" w:cstheme="majorHAnsi"/>
          <w:sz w:val="18"/>
          <w:szCs w:val="18"/>
        </w:rPr>
        <w:t>От</w:t>
      </w:r>
      <w:proofErr w:type="spellEnd"/>
      <w:r w:rsidRPr="00B52C52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B52C52" w:rsidRPr="00B52C52">
        <w:rPr>
          <w:rFonts w:asciiTheme="majorHAnsi" w:hAnsiTheme="majorHAnsi" w:cstheme="majorHAnsi"/>
          <w:sz w:val="18"/>
          <w:szCs w:val="18"/>
        </w:rPr>
        <w:t xml:space="preserve"> </w:t>
      </w:r>
      <w:r w:rsidR="00B52C52" w:rsidRPr="00B52C52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="00B52C52" w:rsidRPr="00B52C52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="00B52C52" w:rsidRPr="00B52C5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="00B52C52" w:rsidRPr="00B52C52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="00B52C52" w:rsidRPr="00B52C5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="00B52C52" w:rsidRPr="00B52C52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="00B52C52" w:rsidRPr="00B52C52">
        <w:rPr>
          <w:rFonts w:asciiTheme="majorHAnsi" w:hAnsiTheme="majorHAnsi" w:cstheme="majorHAnsi"/>
          <w:sz w:val="18"/>
          <w:szCs w:val="18"/>
        </w:rPr>
        <w:t>]</w:t>
      </w:r>
    </w:p>
    <w:p w:rsidR="00732F20" w:rsidRPr="00B52C52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B52C52">
        <w:rPr>
          <w:rFonts w:asciiTheme="majorHAnsi" w:hAnsiTheme="majorHAnsi" w:cstheme="majorHAnsi"/>
          <w:sz w:val="18"/>
          <w:szCs w:val="18"/>
        </w:rPr>
        <w:t>[Адрес / телефон / имейл]</w:t>
      </w:r>
    </w:p>
    <w:p w:rsidR="00732F20" w:rsidRPr="00B52C52" w:rsidRDefault="00732F2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B52C52" w:rsidRPr="00B52C52" w:rsidRDefault="00B52C52" w:rsidP="00B52C52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B52C52" w:rsidRPr="00B52C52" w:rsidRDefault="00B52C52" w:rsidP="00B52C52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B52C52" w:rsidRPr="00B52C52" w:rsidRDefault="00B52C52" w:rsidP="00B52C52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B52C52" w:rsidRPr="00B52C52" w:rsidRDefault="00B52C52" w:rsidP="00B52C52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732F20" w:rsidRPr="00B52C52" w:rsidRDefault="00000000" w:rsidP="00B52C52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B52C52">
        <w:rPr>
          <w:rFonts w:asciiTheme="majorHAnsi" w:hAnsiTheme="majorHAnsi" w:cstheme="majorHAnsi"/>
          <w:sz w:val="18"/>
          <w:szCs w:val="18"/>
        </w:rPr>
        <w:t>До</w:t>
      </w:r>
      <w:proofErr w:type="spellEnd"/>
      <w:r w:rsidRPr="00B52C52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B52C52" w:rsidRPr="00B52C52">
        <w:rPr>
          <w:rFonts w:asciiTheme="majorHAnsi" w:hAnsiTheme="majorHAnsi" w:cstheme="majorHAnsi"/>
          <w:sz w:val="18"/>
          <w:szCs w:val="18"/>
        </w:rPr>
        <w:t xml:space="preserve"> </w:t>
      </w:r>
      <w:r w:rsidR="00B52C52" w:rsidRPr="00B52C52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="00B52C52" w:rsidRPr="00B52C52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="00B52C52" w:rsidRPr="00B52C5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="00B52C52" w:rsidRPr="00B52C52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="00B52C52" w:rsidRPr="00B52C5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="00B52C52" w:rsidRPr="00B52C52">
        <w:rPr>
          <w:rFonts w:asciiTheme="majorHAnsi" w:hAnsiTheme="majorHAnsi" w:cstheme="majorHAnsi"/>
          <w:sz w:val="18"/>
          <w:szCs w:val="18"/>
        </w:rPr>
        <w:t>наемателя</w:t>
      </w:r>
      <w:proofErr w:type="spellEnd"/>
      <w:r w:rsidR="00B52C52" w:rsidRPr="00B52C52">
        <w:rPr>
          <w:rFonts w:asciiTheme="majorHAnsi" w:hAnsiTheme="majorHAnsi" w:cstheme="majorHAnsi"/>
          <w:sz w:val="18"/>
          <w:szCs w:val="18"/>
        </w:rPr>
        <w:t>]</w:t>
      </w:r>
    </w:p>
    <w:p w:rsidR="00732F20" w:rsidRPr="00B52C52" w:rsidRDefault="00000000" w:rsidP="00B52C52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B52C52">
        <w:rPr>
          <w:rFonts w:asciiTheme="majorHAnsi" w:hAnsiTheme="majorHAnsi" w:cstheme="majorHAnsi"/>
          <w:sz w:val="18"/>
          <w:szCs w:val="18"/>
        </w:rPr>
        <w:t>[Адрес]</w:t>
      </w:r>
    </w:p>
    <w:p w:rsidR="00732F20" w:rsidRDefault="00732F20">
      <w:pPr>
        <w:spacing w:after="0" w:line="240" w:lineRule="auto"/>
      </w:pPr>
    </w:p>
    <w:p w:rsidR="00B52C52" w:rsidRDefault="00B52C52">
      <w:pPr>
        <w:spacing w:after="0" w:line="240" w:lineRule="auto"/>
        <w:jc w:val="center"/>
        <w:rPr>
          <w:sz w:val="24"/>
        </w:rPr>
      </w:pPr>
    </w:p>
    <w:p w:rsidR="00B52C52" w:rsidRDefault="00B52C52">
      <w:pPr>
        <w:spacing w:after="0" w:line="240" w:lineRule="auto"/>
        <w:jc w:val="center"/>
        <w:rPr>
          <w:sz w:val="24"/>
        </w:rPr>
      </w:pPr>
    </w:p>
    <w:p w:rsidR="00B52C52" w:rsidRDefault="00B52C52">
      <w:pPr>
        <w:spacing w:after="0" w:line="240" w:lineRule="auto"/>
        <w:jc w:val="center"/>
        <w:rPr>
          <w:sz w:val="24"/>
        </w:rPr>
      </w:pPr>
    </w:p>
    <w:p w:rsidR="00B52C52" w:rsidRDefault="00B52C52">
      <w:pPr>
        <w:spacing w:after="0" w:line="240" w:lineRule="auto"/>
        <w:jc w:val="center"/>
        <w:rPr>
          <w:sz w:val="24"/>
        </w:rPr>
      </w:pPr>
    </w:p>
    <w:p w:rsidR="00732F20" w:rsidRPr="00B52C52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proofErr w:type="spellStart"/>
      <w:r w:rsidRPr="00B52C52">
        <w:rPr>
          <w:b/>
          <w:bCs/>
          <w:sz w:val="28"/>
          <w:szCs w:val="28"/>
        </w:rPr>
        <w:t>Известие</w:t>
      </w:r>
      <w:proofErr w:type="spellEnd"/>
      <w:r w:rsidRPr="00B52C52">
        <w:rPr>
          <w:b/>
          <w:bCs/>
          <w:sz w:val="28"/>
          <w:szCs w:val="28"/>
        </w:rPr>
        <w:t xml:space="preserve"> </w:t>
      </w:r>
      <w:proofErr w:type="spellStart"/>
      <w:r w:rsidRPr="00B52C52">
        <w:rPr>
          <w:b/>
          <w:bCs/>
          <w:sz w:val="28"/>
          <w:szCs w:val="28"/>
        </w:rPr>
        <w:t>за</w:t>
      </w:r>
      <w:proofErr w:type="spellEnd"/>
      <w:r w:rsidRPr="00B52C52">
        <w:rPr>
          <w:b/>
          <w:bCs/>
          <w:sz w:val="28"/>
          <w:szCs w:val="28"/>
        </w:rPr>
        <w:t xml:space="preserve"> </w:t>
      </w:r>
      <w:proofErr w:type="spellStart"/>
      <w:r w:rsidRPr="00B52C52">
        <w:rPr>
          <w:b/>
          <w:bCs/>
          <w:sz w:val="28"/>
          <w:szCs w:val="28"/>
        </w:rPr>
        <w:t>достъп</w:t>
      </w:r>
      <w:proofErr w:type="spellEnd"/>
      <w:r w:rsidRPr="00B52C52">
        <w:rPr>
          <w:b/>
          <w:bCs/>
          <w:sz w:val="28"/>
          <w:szCs w:val="28"/>
        </w:rPr>
        <w:t xml:space="preserve"> </w:t>
      </w:r>
      <w:proofErr w:type="spellStart"/>
      <w:r w:rsidRPr="00B52C52">
        <w:rPr>
          <w:b/>
          <w:bCs/>
          <w:sz w:val="28"/>
          <w:szCs w:val="28"/>
        </w:rPr>
        <w:t>за</w:t>
      </w:r>
      <w:proofErr w:type="spellEnd"/>
      <w:r w:rsidRPr="00B52C52">
        <w:rPr>
          <w:b/>
          <w:bCs/>
          <w:sz w:val="28"/>
          <w:szCs w:val="28"/>
        </w:rPr>
        <w:t xml:space="preserve"> </w:t>
      </w:r>
      <w:proofErr w:type="spellStart"/>
      <w:r w:rsidRPr="00B52C52">
        <w:rPr>
          <w:b/>
          <w:bCs/>
          <w:sz w:val="28"/>
          <w:szCs w:val="28"/>
        </w:rPr>
        <w:t>ремонт</w:t>
      </w:r>
      <w:proofErr w:type="spellEnd"/>
    </w:p>
    <w:p w:rsidR="00732F20" w:rsidRDefault="00732F20">
      <w:pPr>
        <w:spacing w:after="0" w:line="240" w:lineRule="auto"/>
      </w:pPr>
    </w:p>
    <w:p w:rsidR="00B52C52" w:rsidRDefault="00B52C52">
      <w:pPr>
        <w:spacing w:after="0" w:line="240" w:lineRule="auto"/>
        <w:rPr>
          <w:sz w:val="24"/>
        </w:rPr>
      </w:pPr>
    </w:p>
    <w:p w:rsidR="00B52C52" w:rsidRDefault="00B52C52">
      <w:pPr>
        <w:spacing w:after="0" w:line="240" w:lineRule="auto"/>
        <w:rPr>
          <w:sz w:val="24"/>
        </w:rPr>
      </w:pPr>
    </w:p>
    <w:p w:rsidR="00B52C52" w:rsidRDefault="00B52C52">
      <w:pPr>
        <w:spacing w:after="0" w:line="240" w:lineRule="auto"/>
        <w:rPr>
          <w:sz w:val="24"/>
        </w:rPr>
      </w:pPr>
    </w:p>
    <w:p w:rsidR="00732F2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B52C52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B52C52">
        <w:rPr>
          <w:rFonts w:asciiTheme="majorHAnsi" w:hAnsiTheme="majorHAnsi" w:cstheme="majorHAnsi"/>
          <w:sz w:val="18"/>
          <w:szCs w:val="18"/>
        </w:rPr>
        <w:t>: [</w:t>
      </w:r>
      <w:proofErr w:type="spellStart"/>
      <w:r w:rsidRPr="00B52C52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B52C52">
        <w:rPr>
          <w:rFonts w:asciiTheme="majorHAnsi" w:hAnsiTheme="majorHAnsi" w:cstheme="majorHAnsi"/>
          <w:sz w:val="18"/>
          <w:szCs w:val="18"/>
        </w:rPr>
        <w:t>]</w:t>
      </w:r>
    </w:p>
    <w:p w:rsidR="00B52C52" w:rsidRPr="00B52C52" w:rsidRDefault="00B52C52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732F20" w:rsidRPr="00B52C52" w:rsidRDefault="00732F2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732F20" w:rsidRPr="00B52C52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B52C52">
        <w:rPr>
          <w:rFonts w:asciiTheme="majorHAnsi" w:hAnsiTheme="majorHAnsi" w:cstheme="majorHAnsi"/>
          <w:sz w:val="18"/>
          <w:szCs w:val="18"/>
        </w:rPr>
        <w:t>Уважаеми</w:t>
      </w:r>
      <w:proofErr w:type="spellEnd"/>
      <w:r w:rsidRPr="00B52C52">
        <w:rPr>
          <w:rFonts w:asciiTheme="majorHAnsi" w:hAnsiTheme="majorHAnsi" w:cstheme="majorHAnsi"/>
          <w:sz w:val="18"/>
          <w:szCs w:val="18"/>
        </w:rPr>
        <w:t>/а [</w:t>
      </w:r>
      <w:proofErr w:type="spellStart"/>
      <w:r w:rsidRPr="00B52C52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B52C5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B52C52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B52C5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B52C52">
        <w:rPr>
          <w:rFonts w:asciiTheme="majorHAnsi" w:hAnsiTheme="majorHAnsi" w:cstheme="majorHAnsi"/>
          <w:sz w:val="18"/>
          <w:szCs w:val="18"/>
        </w:rPr>
        <w:t>наемателя</w:t>
      </w:r>
      <w:proofErr w:type="spellEnd"/>
      <w:r w:rsidRPr="00B52C52">
        <w:rPr>
          <w:rFonts w:asciiTheme="majorHAnsi" w:hAnsiTheme="majorHAnsi" w:cstheme="majorHAnsi"/>
          <w:sz w:val="18"/>
          <w:szCs w:val="18"/>
        </w:rPr>
        <w:t>],</w:t>
      </w:r>
    </w:p>
    <w:p w:rsidR="00B52C52" w:rsidRPr="00B52C52" w:rsidRDefault="00B52C52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732F20" w:rsidRPr="00B52C52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B52C52">
        <w:rPr>
          <w:rFonts w:asciiTheme="majorHAnsi" w:hAnsiTheme="majorHAnsi" w:cstheme="majorHAnsi"/>
          <w:sz w:val="18"/>
          <w:szCs w:val="18"/>
        </w:rPr>
        <w:t xml:space="preserve">С настоящото Ви уведомявам, че на [дата] ще бъде извършен ремонт в </w:t>
      </w:r>
      <w:proofErr w:type="spellStart"/>
      <w:r w:rsidRPr="00B52C52">
        <w:rPr>
          <w:rFonts w:asciiTheme="majorHAnsi" w:hAnsiTheme="majorHAnsi" w:cstheme="majorHAnsi"/>
          <w:sz w:val="18"/>
          <w:szCs w:val="18"/>
        </w:rPr>
        <w:t>имота</w:t>
      </w:r>
      <w:proofErr w:type="spellEnd"/>
      <w:r w:rsidRPr="00B52C5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B52C52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B52C5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B52C52">
        <w:rPr>
          <w:rFonts w:asciiTheme="majorHAnsi" w:hAnsiTheme="majorHAnsi" w:cstheme="majorHAnsi"/>
          <w:sz w:val="18"/>
          <w:szCs w:val="18"/>
        </w:rPr>
        <w:t>адрес</w:t>
      </w:r>
      <w:proofErr w:type="spellEnd"/>
      <w:r w:rsidRPr="00B52C52">
        <w:rPr>
          <w:rFonts w:asciiTheme="majorHAnsi" w:hAnsiTheme="majorHAnsi" w:cstheme="majorHAnsi"/>
          <w:sz w:val="18"/>
          <w:szCs w:val="18"/>
        </w:rPr>
        <w:t>: [</w:t>
      </w:r>
      <w:proofErr w:type="spellStart"/>
      <w:r w:rsidRPr="00B52C52">
        <w:rPr>
          <w:rFonts w:asciiTheme="majorHAnsi" w:hAnsiTheme="majorHAnsi" w:cstheme="majorHAnsi"/>
          <w:sz w:val="18"/>
          <w:szCs w:val="18"/>
        </w:rPr>
        <w:t>адрес</w:t>
      </w:r>
      <w:proofErr w:type="spellEnd"/>
      <w:r w:rsidRPr="00B52C52">
        <w:rPr>
          <w:rFonts w:asciiTheme="majorHAnsi" w:hAnsiTheme="majorHAnsi" w:cstheme="majorHAnsi"/>
          <w:sz w:val="18"/>
          <w:szCs w:val="18"/>
        </w:rPr>
        <w:t>].</w:t>
      </w:r>
    </w:p>
    <w:p w:rsidR="00B52C52" w:rsidRPr="00B52C52" w:rsidRDefault="00B52C52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732F20" w:rsidRPr="00B52C52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B52C52">
        <w:rPr>
          <w:rFonts w:asciiTheme="majorHAnsi" w:hAnsiTheme="majorHAnsi" w:cstheme="majorHAnsi"/>
          <w:sz w:val="18"/>
          <w:szCs w:val="18"/>
        </w:rPr>
        <w:t>Моля да осигурите достъп до имота в този ден между [часове].</w:t>
      </w:r>
    </w:p>
    <w:p w:rsidR="00732F20" w:rsidRPr="00B52C52" w:rsidRDefault="00732F2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B52C52" w:rsidRPr="00B52C52" w:rsidRDefault="00B52C52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B52C52" w:rsidRPr="00B52C52" w:rsidRDefault="00B52C52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B52C52" w:rsidRPr="00B52C52" w:rsidRDefault="00B52C52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B52C52" w:rsidRPr="00B52C52" w:rsidRDefault="00B52C52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732F20" w:rsidRPr="00B52C52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B52C52">
        <w:rPr>
          <w:rFonts w:asciiTheme="majorHAnsi" w:hAnsiTheme="majorHAnsi" w:cstheme="majorHAnsi"/>
          <w:sz w:val="18"/>
          <w:szCs w:val="18"/>
        </w:rPr>
        <w:t xml:space="preserve">С </w:t>
      </w:r>
      <w:proofErr w:type="spellStart"/>
      <w:r w:rsidRPr="00B52C52">
        <w:rPr>
          <w:rFonts w:asciiTheme="majorHAnsi" w:hAnsiTheme="majorHAnsi" w:cstheme="majorHAnsi"/>
          <w:sz w:val="18"/>
          <w:szCs w:val="18"/>
        </w:rPr>
        <w:t>уважение</w:t>
      </w:r>
      <w:proofErr w:type="spellEnd"/>
      <w:r w:rsidRPr="00B52C52">
        <w:rPr>
          <w:rFonts w:asciiTheme="majorHAnsi" w:hAnsiTheme="majorHAnsi" w:cstheme="majorHAnsi"/>
          <w:sz w:val="18"/>
          <w:szCs w:val="18"/>
        </w:rPr>
        <w:t>,</w:t>
      </w:r>
    </w:p>
    <w:p w:rsidR="00732F20" w:rsidRPr="00B52C52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B52C52">
        <w:rPr>
          <w:rFonts w:asciiTheme="majorHAnsi" w:hAnsiTheme="majorHAnsi" w:cstheme="majorHAnsi"/>
          <w:sz w:val="18"/>
          <w:szCs w:val="18"/>
        </w:rPr>
        <w:t xml:space="preserve">[Име и подпис на </w:t>
      </w:r>
      <w:r w:rsidR="00B52C52" w:rsidRPr="00B52C52">
        <w:rPr>
          <w:rFonts w:asciiTheme="majorHAnsi" w:hAnsiTheme="majorHAnsi" w:cstheme="majorHAnsi"/>
          <w:sz w:val="18"/>
          <w:szCs w:val="18"/>
        </w:rPr>
        <w:t>наемодателя</w:t>
      </w:r>
      <w:r w:rsidRPr="00B52C52">
        <w:rPr>
          <w:rFonts w:asciiTheme="majorHAnsi" w:hAnsiTheme="majorHAnsi" w:cstheme="majorHAnsi"/>
          <w:sz w:val="18"/>
          <w:szCs w:val="18"/>
        </w:rPr>
        <w:t>]</w:t>
      </w:r>
    </w:p>
    <w:sectPr w:rsidR="00732F20" w:rsidRPr="00B52C5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4173417">
    <w:abstractNumId w:val="8"/>
  </w:num>
  <w:num w:numId="2" w16cid:durableId="1683508396">
    <w:abstractNumId w:val="6"/>
  </w:num>
  <w:num w:numId="3" w16cid:durableId="1161853814">
    <w:abstractNumId w:val="5"/>
  </w:num>
  <w:num w:numId="4" w16cid:durableId="72746265">
    <w:abstractNumId w:val="4"/>
  </w:num>
  <w:num w:numId="5" w16cid:durableId="1045450692">
    <w:abstractNumId w:val="7"/>
  </w:num>
  <w:num w:numId="6" w16cid:durableId="757823424">
    <w:abstractNumId w:val="3"/>
  </w:num>
  <w:num w:numId="7" w16cid:durableId="1798058956">
    <w:abstractNumId w:val="2"/>
  </w:num>
  <w:num w:numId="8" w16cid:durableId="1644000974">
    <w:abstractNumId w:val="1"/>
  </w:num>
  <w:num w:numId="9" w16cid:durableId="976035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32F20"/>
    <w:rsid w:val="00AA1D8D"/>
    <w:rsid w:val="00B47730"/>
    <w:rsid w:val="00B52C5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3DBF63"/>
  <w14:defaultImageDpi w14:val="300"/>
  <w15:docId w15:val="{40A89D11-0055-224D-8A83-EA7034A8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2025-06-20T09:05:00Z</dcterms:created>
  <dcterms:modified xsi:type="dcterms:W3CDTF">2025-06-20T09:05:00Z</dcterms:modified>
  <cp:category/>
</cp:coreProperties>
</file>