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A26A40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A26A40" w:rsidRPr="00A26A40">
        <w:rPr>
          <w:rFonts w:asciiTheme="majorHAnsi" w:hAnsiTheme="majorHAnsi" w:cstheme="majorHAnsi"/>
          <w:sz w:val="18"/>
          <w:szCs w:val="18"/>
        </w:rPr>
        <w:t xml:space="preserve"> </w:t>
      </w:r>
      <w:r w:rsidRPr="00A26A40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]</w:t>
      </w: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26A40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DB1D06" w:rsidRPr="00A26A40" w:rsidRDefault="00DB1D0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 w:rsidP="00A26A4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 w:rsidP="00A26A4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 w:rsidP="00A26A4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 w:rsidP="00A26A4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A26A40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A26A40" w:rsidRPr="00A26A40">
        <w:rPr>
          <w:rFonts w:asciiTheme="majorHAnsi" w:hAnsiTheme="majorHAnsi" w:cstheme="majorHAnsi"/>
          <w:sz w:val="18"/>
          <w:szCs w:val="18"/>
        </w:rPr>
        <w:t xml:space="preserve"> </w:t>
      </w:r>
      <w:r w:rsidRPr="00A26A40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]</w:t>
      </w:r>
    </w:p>
    <w:p w:rsidR="00DB1D06" w:rsidRDefault="00000000" w:rsidP="00A26A40">
      <w:pPr>
        <w:spacing w:after="0" w:line="240" w:lineRule="auto"/>
        <w:jc w:val="right"/>
      </w:pPr>
      <w:r w:rsidRPr="00A26A40">
        <w:rPr>
          <w:rFonts w:asciiTheme="majorHAnsi" w:hAnsiTheme="majorHAnsi" w:cstheme="majorHAnsi"/>
          <w:sz w:val="18"/>
          <w:szCs w:val="18"/>
        </w:rPr>
        <w:t>[Адрес]</w:t>
      </w:r>
    </w:p>
    <w:p w:rsidR="00DB1D06" w:rsidRDefault="00DB1D06">
      <w:pPr>
        <w:spacing w:after="0" w:line="240" w:lineRule="auto"/>
      </w:pPr>
    </w:p>
    <w:p w:rsidR="00A26A40" w:rsidRDefault="00A26A40">
      <w:pPr>
        <w:spacing w:after="0" w:line="240" w:lineRule="auto"/>
        <w:jc w:val="center"/>
        <w:rPr>
          <w:sz w:val="24"/>
        </w:rPr>
      </w:pPr>
    </w:p>
    <w:p w:rsidR="00A26A40" w:rsidRDefault="00A26A40">
      <w:pPr>
        <w:spacing w:after="0" w:line="240" w:lineRule="auto"/>
        <w:jc w:val="center"/>
        <w:rPr>
          <w:sz w:val="24"/>
        </w:rPr>
      </w:pPr>
    </w:p>
    <w:p w:rsidR="00A26A40" w:rsidRDefault="00A26A40">
      <w:pPr>
        <w:spacing w:after="0" w:line="240" w:lineRule="auto"/>
        <w:jc w:val="center"/>
        <w:rPr>
          <w:sz w:val="24"/>
        </w:rPr>
      </w:pPr>
    </w:p>
    <w:p w:rsidR="00A26A40" w:rsidRDefault="00A26A40">
      <w:pPr>
        <w:spacing w:after="0" w:line="240" w:lineRule="auto"/>
        <w:jc w:val="center"/>
        <w:rPr>
          <w:sz w:val="24"/>
        </w:rPr>
      </w:pPr>
    </w:p>
    <w:p w:rsidR="00DB1D06" w:rsidRPr="00A26A40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A26A40">
        <w:rPr>
          <w:b/>
          <w:bCs/>
          <w:sz w:val="28"/>
          <w:szCs w:val="28"/>
        </w:rPr>
        <w:t>Искане</w:t>
      </w:r>
      <w:proofErr w:type="spellEnd"/>
      <w:r w:rsidRPr="00A26A40">
        <w:rPr>
          <w:b/>
          <w:bCs/>
          <w:sz w:val="28"/>
          <w:szCs w:val="28"/>
        </w:rPr>
        <w:t xml:space="preserve"> </w:t>
      </w:r>
      <w:proofErr w:type="spellStart"/>
      <w:r w:rsidRPr="00A26A40">
        <w:rPr>
          <w:b/>
          <w:bCs/>
          <w:sz w:val="28"/>
          <w:szCs w:val="28"/>
        </w:rPr>
        <w:t>за</w:t>
      </w:r>
      <w:proofErr w:type="spellEnd"/>
      <w:r w:rsidRPr="00A26A40">
        <w:rPr>
          <w:b/>
          <w:bCs/>
          <w:sz w:val="28"/>
          <w:szCs w:val="28"/>
        </w:rPr>
        <w:t xml:space="preserve"> </w:t>
      </w:r>
      <w:proofErr w:type="spellStart"/>
      <w:r w:rsidRPr="00A26A40">
        <w:rPr>
          <w:b/>
          <w:bCs/>
          <w:sz w:val="28"/>
          <w:szCs w:val="28"/>
        </w:rPr>
        <w:t>доплащане</w:t>
      </w:r>
      <w:proofErr w:type="spellEnd"/>
      <w:r w:rsidRPr="00A26A40">
        <w:rPr>
          <w:b/>
          <w:bCs/>
          <w:sz w:val="28"/>
          <w:szCs w:val="28"/>
        </w:rPr>
        <w:t>/</w:t>
      </w:r>
      <w:proofErr w:type="spellStart"/>
      <w:r w:rsidRPr="00A26A40">
        <w:rPr>
          <w:b/>
          <w:bCs/>
          <w:sz w:val="28"/>
          <w:szCs w:val="28"/>
        </w:rPr>
        <w:t>уреждане</w:t>
      </w:r>
      <w:proofErr w:type="spellEnd"/>
      <w:r w:rsidRPr="00A26A40">
        <w:rPr>
          <w:b/>
          <w:bCs/>
          <w:sz w:val="28"/>
          <w:szCs w:val="28"/>
        </w:rPr>
        <w:t xml:space="preserve"> </w:t>
      </w:r>
      <w:proofErr w:type="spellStart"/>
      <w:r w:rsidRPr="00A26A40">
        <w:rPr>
          <w:b/>
          <w:bCs/>
          <w:sz w:val="28"/>
          <w:szCs w:val="28"/>
        </w:rPr>
        <w:t>на</w:t>
      </w:r>
      <w:proofErr w:type="spellEnd"/>
      <w:r w:rsidRPr="00A26A40">
        <w:rPr>
          <w:b/>
          <w:bCs/>
          <w:sz w:val="28"/>
          <w:szCs w:val="28"/>
        </w:rPr>
        <w:t xml:space="preserve"> </w:t>
      </w:r>
      <w:proofErr w:type="spellStart"/>
      <w:r w:rsidRPr="00A26A40">
        <w:rPr>
          <w:b/>
          <w:bCs/>
          <w:sz w:val="28"/>
          <w:szCs w:val="28"/>
        </w:rPr>
        <w:t>режийни</w:t>
      </w:r>
      <w:proofErr w:type="spellEnd"/>
      <w:r w:rsidRPr="00A26A40">
        <w:rPr>
          <w:b/>
          <w:bCs/>
          <w:sz w:val="28"/>
          <w:szCs w:val="28"/>
        </w:rPr>
        <w:t xml:space="preserve"> разходи</w:t>
      </w:r>
    </w:p>
    <w:p w:rsidR="00DB1D06" w:rsidRDefault="00DB1D06">
      <w:pPr>
        <w:spacing w:after="0" w:line="240" w:lineRule="auto"/>
      </w:pPr>
    </w:p>
    <w:p w:rsidR="00A26A40" w:rsidRDefault="00A26A40">
      <w:pPr>
        <w:spacing w:after="0" w:line="240" w:lineRule="auto"/>
        <w:rPr>
          <w:sz w:val="24"/>
        </w:rPr>
      </w:pPr>
    </w:p>
    <w:p w:rsidR="00A26A40" w:rsidRDefault="00A26A40">
      <w:pPr>
        <w:spacing w:after="0" w:line="240" w:lineRule="auto"/>
        <w:rPr>
          <w:sz w:val="24"/>
        </w:rPr>
      </w:pP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]</w:t>
      </w:r>
    </w:p>
    <w:p w:rsidR="00DB1D06" w:rsidRPr="00A26A40" w:rsidRDefault="00DB1D0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],</w:t>
      </w: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26A40">
        <w:rPr>
          <w:rFonts w:asciiTheme="majorHAnsi" w:hAnsiTheme="majorHAnsi" w:cstheme="majorHAnsi"/>
          <w:sz w:val="18"/>
          <w:szCs w:val="18"/>
        </w:rPr>
        <w:t xml:space="preserve">След извършена проверка на режийните разходи за периода [период], е установено, че съществува разлика между предварително внесените суми и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реално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направените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разходи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.</w:t>
      </w: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 w:rsidP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26A40">
        <w:rPr>
          <w:rFonts w:asciiTheme="majorHAnsi" w:hAnsiTheme="majorHAnsi" w:cstheme="majorHAnsi"/>
          <w:sz w:val="18"/>
          <w:szCs w:val="18"/>
        </w:rPr>
        <w:t xml:space="preserve">Моля да уредите разликата в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размер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сума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]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лв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.</w:t>
      </w:r>
    </w:p>
    <w:p w:rsidR="00A26A40" w:rsidRPr="00A26A40" w:rsidRDefault="00A26A40" w:rsidP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Ако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имате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въпроси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относно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конкретните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 xml:space="preserve"> разходи, на разположение съм за съдействие.</w:t>
      </w:r>
    </w:p>
    <w:p w:rsidR="00DB1D06" w:rsidRPr="00A26A40" w:rsidRDefault="00DB1D0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P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26A40" w:rsidRDefault="00A26A4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26A40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A26A40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A26A40">
        <w:rPr>
          <w:rFonts w:asciiTheme="majorHAnsi" w:hAnsiTheme="majorHAnsi" w:cstheme="majorHAnsi"/>
          <w:sz w:val="18"/>
          <w:szCs w:val="18"/>
        </w:rPr>
        <w:t>,</w:t>
      </w:r>
    </w:p>
    <w:p w:rsidR="00DB1D06" w:rsidRPr="00A26A4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26A40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DB1D06" w:rsidRPr="00A26A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357493">
    <w:abstractNumId w:val="8"/>
  </w:num>
  <w:num w:numId="2" w16cid:durableId="99885472">
    <w:abstractNumId w:val="6"/>
  </w:num>
  <w:num w:numId="3" w16cid:durableId="1039860168">
    <w:abstractNumId w:val="5"/>
  </w:num>
  <w:num w:numId="4" w16cid:durableId="1485706359">
    <w:abstractNumId w:val="4"/>
  </w:num>
  <w:num w:numId="5" w16cid:durableId="2079936019">
    <w:abstractNumId w:val="7"/>
  </w:num>
  <w:num w:numId="6" w16cid:durableId="1290164226">
    <w:abstractNumId w:val="3"/>
  </w:num>
  <w:num w:numId="7" w16cid:durableId="52314080">
    <w:abstractNumId w:val="2"/>
  </w:num>
  <w:num w:numId="8" w16cid:durableId="1435855515">
    <w:abstractNumId w:val="1"/>
  </w:num>
  <w:num w:numId="9" w16cid:durableId="510799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26A40"/>
    <w:rsid w:val="00AA1D8D"/>
    <w:rsid w:val="00B47730"/>
    <w:rsid w:val="00CB0664"/>
    <w:rsid w:val="00DB1D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30F66F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2025-06-19T17:28:00Z</dcterms:created>
  <dcterms:modified xsi:type="dcterms:W3CDTF">2025-06-19T17:28:00Z</dcterms:modified>
  <cp:category/>
</cp:coreProperties>
</file>