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7039" w:rsidRPr="00686F33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686F33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686F33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686F33" w:rsidRPr="00686F33">
        <w:rPr>
          <w:rFonts w:asciiTheme="majorHAnsi" w:hAnsiTheme="majorHAnsi" w:cstheme="majorHAnsi"/>
          <w:sz w:val="18"/>
          <w:szCs w:val="18"/>
        </w:rPr>
        <w:t xml:space="preserve"> [</w:t>
      </w:r>
      <w:proofErr w:type="spellStart"/>
      <w:r w:rsidR="00686F33" w:rsidRPr="00686F33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="00686F33" w:rsidRPr="00686F33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686F33" w:rsidRPr="00686F33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="00686F33" w:rsidRPr="00686F33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686F33" w:rsidRPr="00686F33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="00686F33" w:rsidRPr="00686F33">
        <w:rPr>
          <w:rFonts w:asciiTheme="majorHAnsi" w:hAnsiTheme="majorHAnsi" w:cstheme="majorHAnsi"/>
          <w:sz w:val="18"/>
          <w:szCs w:val="18"/>
        </w:rPr>
        <w:t>]</w:t>
      </w:r>
    </w:p>
    <w:p w:rsidR="006B7039" w:rsidRPr="00686F33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686F33">
        <w:rPr>
          <w:rFonts w:asciiTheme="majorHAnsi" w:hAnsiTheme="majorHAnsi" w:cstheme="majorHAnsi"/>
          <w:sz w:val="18"/>
          <w:szCs w:val="18"/>
        </w:rPr>
        <w:t>[Адрес / телефон / имейл]</w:t>
      </w:r>
    </w:p>
    <w:p w:rsidR="006B7039" w:rsidRPr="00686F33" w:rsidRDefault="006B7039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686F33" w:rsidRPr="00686F33" w:rsidRDefault="00686F33" w:rsidP="00686F33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686F33" w:rsidRPr="00686F33" w:rsidRDefault="00686F33" w:rsidP="00686F33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686F33" w:rsidRPr="00686F33" w:rsidRDefault="00686F33" w:rsidP="00686F33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6B7039" w:rsidRPr="00686F33" w:rsidRDefault="00000000" w:rsidP="00686F33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686F33">
        <w:rPr>
          <w:rFonts w:asciiTheme="majorHAnsi" w:hAnsiTheme="majorHAnsi" w:cstheme="majorHAnsi"/>
          <w:sz w:val="18"/>
          <w:szCs w:val="18"/>
        </w:rPr>
        <w:t>До</w:t>
      </w:r>
      <w:proofErr w:type="spellEnd"/>
      <w:r w:rsidRPr="00686F33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686F33" w:rsidRPr="00686F33">
        <w:rPr>
          <w:rFonts w:asciiTheme="majorHAnsi" w:hAnsiTheme="majorHAnsi" w:cstheme="majorHAnsi"/>
          <w:sz w:val="18"/>
          <w:szCs w:val="18"/>
        </w:rPr>
        <w:t xml:space="preserve"> [</w:t>
      </w:r>
      <w:proofErr w:type="spellStart"/>
      <w:r w:rsidR="00686F33" w:rsidRPr="00686F33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="00686F33" w:rsidRPr="00686F33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686F33" w:rsidRPr="00686F33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="00686F33" w:rsidRPr="00686F33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686F33" w:rsidRPr="00686F33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="00686F33" w:rsidRPr="00686F33">
        <w:rPr>
          <w:rFonts w:asciiTheme="majorHAnsi" w:hAnsiTheme="majorHAnsi" w:cstheme="majorHAnsi"/>
          <w:sz w:val="18"/>
          <w:szCs w:val="18"/>
        </w:rPr>
        <w:t>]</w:t>
      </w:r>
    </w:p>
    <w:p w:rsidR="006B7039" w:rsidRPr="00686F33" w:rsidRDefault="00000000" w:rsidP="00686F33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686F33">
        <w:rPr>
          <w:rFonts w:asciiTheme="majorHAnsi" w:hAnsiTheme="majorHAnsi" w:cstheme="majorHAnsi"/>
          <w:sz w:val="18"/>
          <w:szCs w:val="18"/>
        </w:rPr>
        <w:t>[Адрес]</w:t>
      </w:r>
    </w:p>
    <w:p w:rsidR="006B7039" w:rsidRDefault="006B7039">
      <w:pPr>
        <w:spacing w:after="0" w:line="240" w:lineRule="auto"/>
      </w:pPr>
    </w:p>
    <w:p w:rsidR="00686F33" w:rsidRDefault="00686F33">
      <w:pPr>
        <w:spacing w:after="0" w:line="240" w:lineRule="auto"/>
        <w:jc w:val="center"/>
        <w:rPr>
          <w:sz w:val="24"/>
        </w:rPr>
      </w:pPr>
    </w:p>
    <w:p w:rsidR="00686F33" w:rsidRDefault="00686F33">
      <w:pPr>
        <w:spacing w:after="0" w:line="240" w:lineRule="auto"/>
        <w:jc w:val="center"/>
        <w:rPr>
          <w:sz w:val="24"/>
        </w:rPr>
      </w:pPr>
    </w:p>
    <w:p w:rsidR="00686F33" w:rsidRDefault="00686F33">
      <w:pPr>
        <w:spacing w:after="0" w:line="240" w:lineRule="auto"/>
        <w:jc w:val="center"/>
        <w:rPr>
          <w:sz w:val="24"/>
        </w:rPr>
      </w:pPr>
    </w:p>
    <w:p w:rsidR="00686F33" w:rsidRDefault="00686F33">
      <w:pPr>
        <w:spacing w:after="0" w:line="240" w:lineRule="auto"/>
        <w:jc w:val="center"/>
        <w:rPr>
          <w:sz w:val="24"/>
        </w:rPr>
      </w:pPr>
    </w:p>
    <w:p w:rsidR="006B7039" w:rsidRPr="00686F33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686F33">
        <w:rPr>
          <w:b/>
          <w:bCs/>
          <w:sz w:val="28"/>
          <w:szCs w:val="28"/>
        </w:rPr>
        <w:t>Декларация</w:t>
      </w:r>
      <w:proofErr w:type="spellEnd"/>
      <w:r w:rsidRPr="00686F33">
        <w:rPr>
          <w:b/>
          <w:bCs/>
          <w:sz w:val="28"/>
          <w:szCs w:val="28"/>
        </w:rPr>
        <w:t xml:space="preserve"> </w:t>
      </w:r>
      <w:proofErr w:type="spellStart"/>
      <w:r w:rsidRPr="00686F33">
        <w:rPr>
          <w:b/>
          <w:bCs/>
          <w:sz w:val="28"/>
          <w:szCs w:val="28"/>
        </w:rPr>
        <w:t>за</w:t>
      </w:r>
      <w:proofErr w:type="spellEnd"/>
      <w:r w:rsidRPr="00686F33">
        <w:rPr>
          <w:b/>
          <w:bCs/>
          <w:sz w:val="28"/>
          <w:szCs w:val="28"/>
        </w:rPr>
        <w:t xml:space="preserve"> </w:t>
      </w:r>
      <w:proofErr w:type="spellStart"/>
      <w:r w:rsidRPr="00686F33">
        <w:rPr>
          <w:b/>
          <w:bCs/>
          <w:sz w:val="28"/>
          <w:szCs w:val="28"/>
        </w:rPr>
        <w:t>безвъзмездно</w:t>
      </w:r>
      <w:proofErr w:type="spellEnd"/>
      <w:r w:rsidRPr="00686F33">
        <w:rPr>
          <w:b/>
          <w:bCs/>
          <w:sz w:val="28"/>
          <w:szCs w:val="28"/>
        </w:rPr>
        <w:t xml:space="preserve"> </w:t>
      </w:r>
      <w:proofErr w:type="spellStart"/>
      <w:r w:rsidRPr="00686F33">
        <w:rPr>
          <w:b/>
          <w:bCs/>
          <w:sz w:val="28"/>
          <w:szCs w:val="28"/>
        </w:rPr>
        <w:t>ползване</w:t>
      </w:r>
      <w:proofErr w:type="spellEnd"/>
    </w:p>
    <w:p w:rsidR="006B7039" w:rsidRDefault="006B7039">
      <w:pPr>
        <w:spacing w:after="0" w:line="240" w:lineRule="auto"/>
      </w:pPr>
    </w:p>
    <w:p w:rsidR="00686F33" w:rsidRDefault="00686F33">
      <w:pPr>
        <w:spacing w:after="0" w:line="240" w:lineRule="auto"/>
        <w:rPr>
          <w:sz w:val="24"/>
        </w:rPr>
      </w:pPr>
    </w:p>
    <w:p w:rsidR="00686F33" w:rsidRDefault="00686F33">
      <w:pPr>
        <w:spacing w:after="0" w:line="240" w:lineRule="auto"/>
        <w:rPr>
          <w:sz w:val="24"/>
        </w:rPr>
      </w:pPr>
    </w:p>
    <w:p w:rsidR="00686F33" w:rsidRDefault="00686F33">
      <w:pPr>
        <w:spacing w:after="0" w:line="240" w:lineRule="auto"/>
        <w:rPr>
          <w:sz w:val="24"/>
        </w:rPr>
      </w:pPr>
    </w:p>
    <w:p w:rsidR="006B7039" w:rsidRPr="00686F33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686F33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686F33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686F33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686F33">
        <w:rPr>
          <w:rFonts w:asciiTheme="majorHAnsi" w:hAnsiTheme="majorHAnsi" w:cstheme="majorHAnsi"/>
          <w:sz w:val="18"/>
          <w:szCs w:val="18"/>
        </w:rPr>
        <w:t>]</w:t>
      </w:r>
    </w:p>
    <w:p w:rsidR="006B7039" w:rsidRPr="00686F33" w:rsidRDefault="006B7039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686F33" w:rsidRPr="00686F33" w:rsidRDefault="00686F3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686F33" w:rsidRPr="00686F33" w:rsidRDefault="00686F3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6B7039" w:rsidRPr="00686F33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686F33">
        <w:rPr>
          <w:rFonts w:asciiTheme="majorHAnsi" w:hAnsiTheme="majorHAnsi" w:cstheme="majorHAnsi"/>
          <w:sz w:val="18"/>
          <w:szCs w:val="18"/>
        </w:rPr>
        <w:t>Аз</w:t>
      </w:r>
      <w:proofErr w:type="spellEnd"/>
      <w:r w:rsidRPr="00686F33">
        <w:rPr>
          <w:rFonts w:asciiTheme="majorHAnsi" w:hAnsiTheme="majorHAnsi" w:cstheme="majorHAnsi"/>
          <w:sz w:val="18"/>
          <w:szCs w:val="18"/>
        </w:rPr>
        <w:t>, [</w:t>
      </w:r>
      <w:proofErr w:type="spellStart"/>
      <w:r w:rsidRPr="00686F33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686F33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86F33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686F33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86F33">
        <w:rPr>
          <w:rFonts w:asciiTheme="majorHAnsi" w:hAnsiTheme="majorHAnsi" w:cstheme="majorHAnsi"/>
          <w:sz w:val="18"/>
          <w:szCs w:val="18"/>
        </w:rPr>
        <w:t>декларатор</w:t>
      </w:r>
      <w:proofErr w:type="spellEnd"/>
      <w:r w:rsidRPr="00686F33">
        <w:rPr>
          <w:rFonts w:asciiTheme="majorHAnsi" w:hAnsiTheme="majorHAnsi" w:cstheme="majorHAnsi"/>
          <w:sz w:val="18"/>
          <w:szCs w:val="18"/>
        </w:rPr>
        <w:t>], предоставям безвъзмездно за временно ползване имота, находящ се на адрес: [адрес], на [име на ползвателя], за жилищни нужди, считано от [начална дата] до [крайна дата].</w:t>
      </w:r>
    </w:p>
    <w:p w:rsidR="006B7039" w:rsidRPr="00686F33" w:rsidRDefault="006B7039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686F33" w:rsidRPr="00686F33" w:rsidRDefault="00686F3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686F33" w:rsidRPr="00686F33" w:rsidRDefault="00686F3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686F33" w:rsidRPr="00686F33" w:rsidRDefault="00686F3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686F33" w:rsidRDefault="00686F3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686F33" w:rsidRDefault="00686F3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6B7039" w:rsidRPr="00686F33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686F33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686F33">
        <w:rPr>
          <w:rFonts w:asciiTheme="majorHAnsi" w:hAnsiTheme="majorHAnsi" w:cstheme="majorHAnsi"/>
          <w:sz w:val="18"/>
          <w:szCs w:val="18"/>
        </w:rPr>
        <w:t>уважение</w:t>
      </w:r>
      <w:proofErr w:type="spellEnd"/>
      <w:r w:rsidRPr="00686F33">
        <w:rPr>
          <w:rFonts w:asciiTheme="majorHAnsi" w:hAnsiTheme="majorHAnsi" w:cstheme="majorHAnsi"/>
          <w:sz w:val="18"/>
          <w:szCs w:val="18"/>
        </w:rPr>
        <w:t>,</w:t>
      </w:r>
    </w:p>
    <w:p w:rsidR="006B7039" w:rsidRPr="00686F33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686F33">
        <w:rPr>
          <w:rFonts w:asciiTheme="majorHAnsi" w:hAnsiTheme="majorHAnsi" w:cstheme="majorHAnsi"/>
          <w:sz w:val="18"/>
          <w:szCs w:val="18"/>
        </w:rPr>
        <w:t xml:space="preserve">[Име и </w:t>
      </w:r>
      <w:proofErr w:type="spellStart"/>
      <w:r w:rsidRPr="00686F33">
        <w:rPr>
          <w:rFonts w:asciiTheme="majorHAnsi" w:hAnsiTheme="majorHAnsi" w:cstheme="majorHAnsi"/>
          <w:sz w:val="18"/>
          <w:szCs w:val="18"/>
        </w:rPr>
        <w:t>подпис</w:t>
      </w:r>
      <w:proofErr w:type="spellEnd"/>
      <w:r w:rsidRPr="00686F33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86F33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686F33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0D0B64" w:rsidRPr="00686F33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686F33">
        <w:rPr>
          <w:rFonts w:asciiTheme="majorHAnsi" w:hAnsiTheme="majorHAnsi" w:cstheme="majorHAnsi"/>
          <w:sz w:val="18"/>
          <w:szCs w:val="18"/>
        </w:rPr>
        <w:t>]</w:t>
      </w:r>
    </w:p>
    <w:sectPr w:rsidR="006B7039" w:rsidRPr="00686F3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25929">
    <w:abstractNumId w:val="8"/>
  </w:num>
  <w:num w:numId="2" w16cid:durableId="1242641669">
    <w:abstractNumId w:val="6"/>
  </w:num>
  <w:num w:numId="3" w16cid:durableId="1704329843">
    <w:abstractNumId w:val="5"/>
  </w:num>
  <w:num w:numId="4" w16cid:durableId="1142386504">
    <w:abstractNumId w:val="4"/>
  </w:num>
  <w:num w:numId="5" w16cid:durableId="1092162985">
    <w:abstractNumId w:val="7"/>
  </w:num>
  <w:num w:numId="6" w16cid:durableId="1253126709">
    <w:abstractNumId w:val="3"/>
  </w:num>
  <w:num w:numId="7" w16cid:durableId="438531234">
    <w:abstractNumId w:val="2"/>
  </w:num>
  <w:num w:numId="8" w16cid:durableId="1816331466">
    <w:abstractNumId w:val="1"/>
  </w:num>
  <w:num w:numId="9" w16cid:durableId="1013335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0B64"/>
    <w:rsid w:val="0015074B"/>
    <w:rsid w:val="0029639D"/>
    <w:rsid w:val="00326F90"/>
    <w:rsid w:val="00686F33"/>
    <w:rsid w:val="006B703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2025-06-20T09:08:00Z</dcterms:created>
  <dcterms:modified xsi:type="dcterms:W3CDTF">2025-06-20T09:10:00Z</dcterms:modified>
  <cp:category/>
</cp:coreProperties>
</file>